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7044" w14:textId="51163D9B" w:rsidR="00DD4DBE" w:rsidRDefault="00DD4DBE">
      <w:pPr>
        <w:pStyle w:val="Heading1"/>
      </w:pPr>
      <w:r>
        <w:rPr>
          <w:noProof/>
        </w:rPr>
        <w:drawing>
          <wp:inline distT="0" distB="0" distL="0" distR="0" wp14:anchorId="4AE959D4" wp14:editId="78C54D9B">
            <wp:extent cx="5863590" cy="8000941"/>
            <wp:effectExtent l="0" t="0" r="3810" b="635"/>
            <wp:docPr id="1852412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5770" cy="8017560"/>
                    </a:xfrm>
                    <a:prstGeom prst="rect">
                      <a:avLst/>
                    </a:prstGeom>
                    <a:noFill/>
                  </pic:spPr>
                </pic:pic>
              </a:graphicData>
            </a:graphic>
          </wp:inline>
        </w:drawing>
      </w:r>
    </w:p>
    <w:p w14:paraId="00DB48BA" w14:textId="77777777" w:rsidR="00DD4DBE" w:rsidRDefault="00DD4DBE">
      <w:pPr>
        <w:pStyle w:val="Heading1"/>
      </w:pPr>
    </w:p>
    <w:p w14:paraId="75F2068D" w14:textId="77777777" w:rsidR="00DD4DBE" w:rsidRDefault="00DD4DBE">
      <w:pPr>
        <w:pStyle w:val="Heading1"/>
      </w:pPr>
    </w:p>
    <w:p w14:paraId="23388963" w14:textId="7C481F9F" w:rsidR="00E50E2B" w:rsidRDefault="00000000">
      <w:pPr>
        <w:pStyle w:val="Heading1"/>
      </w:pPr>
      <w:r>
        <w:t>LEMBAR PENGESAHAN</w:t>
      </w:r>
    </w:p>
    <w:p w14:paraId="4AFB5D0D" w14:textId="77777777" w:rsidR="00E50E2B" w:rsidRDefault="00000000">
      <w:pPr>
        <w:spacing w:after="120"/>
      </w:pPr>
      <w:r>
        <w:t>Manual Book Inovasi BERKAKI PALSU (Bersama Kader Kunjungi Pasien Lansia dan Berkebutuhan Khusus) ini disusun sebagai pedoman penyelenggaraan inovasi pelayanan kesehatan di wilayah kerja UPT Puskesmas Salido serta sebagai dokumen pendukung penilaian inovasi daerah Tahun 2026.</w:t>
      </w:r>
    </w:p>
    <w:p w14:paraId="282D9D81" w14:textId="77777777" w:rsidR="00E50E2B" w:rsidRDefault="00000000">
      <w:pPr>
        <w:spacing w:after="120"/>
      </w:pPr>
      <w:r>
        <w:t>Disahkan di: Salido</w:t>
      </w:r>
    </w:p>
    <w:p w14:paraId="79003946" w14:textId="77777777" w:rsidR="00E50E2B" w:rsidRDefault="00000000">
      <w:pPr>
        <w:spacing w:after="120"/>
      </w:pPr>
      <w:r>
        <w:t>Tanggal: __________________ 2026</w:t>
      </w:r>
    </w:p>
    <w:p w14:paraId="18A22359" w14:textId="77777777" w:rsidR="00E50E2B" w:rsidRDefault="00000000">
      <w:r>
        <w:br/>
      </w:r>
    </w:p>
    <w:tbl>
      <w:tblPr>
        <w:tblStyle w:val="TableGrid"/>
        <w:tblW w:w="0" w:type="auto"/>
        <w:jc w:val="center"/>
        <w:tblLook w:val="04A0" w:firstRow="1" w:lastRow="0" w:firstColumn="1" w:lastColumn="0" w:noHBand="0" w:noVBand="1"/>
      </w:tblPr>
      <w:tblGrid>
        <w:gridCol w:w="4561"/>
        <w:gridCol w:w="4561"/>
      </w:tblGrid>
      <w:tr w:rsidR="00E50E2B" w14:paraId="29E3494B" w14:textId="77777777">
        <w:trPr>
          <w:jc w:val="center"/>
        </w:trPr>
        <w:tc>
          <w:tcPr>
            <w:tcW w:w="4561" w:type="dxa"/>
            <w:vAlign w:val="center"/>
          </w:tcPr>
          <w:p w14:paraId="1F32DCFC" w14:textId="77777777" w:rsidR="00E50E2B" w:rsidRDefault="00000000">
            <w:r>
              <w:rPr>
                <w:b/>
              </w:rPr>
              <w:t>Mengetahui</w:t>
            </w:r>
          </w:p>
        </w:tc>
        <w:tc>
          <w:tcPr>
            <w:tcW w:w="4561" w:type="dxa"/>
            <w:vAlign w:val="center"/>
          </w:tcPr>
          <w:p w14:paraId="7D54663E" w14:textId="77777777" w:rsidR="00E50E2B" w:rsidRDefault="00000000">
            <w:r>
              <w:rPr>
                <w:b/>
              </w:rPr>
              <w:t>Disusun/Dikoordinasikan</w:t>
            </w:r>
          </w:p>
        </w:tc>
      </w:tr>
      <w:tr w:rsidR="00E50E2B" w14:paraId="651B275A" w14:textId="77777777">
        <w:trPr>
          <w:jc w:val="center"/>
        </w:trPr>
        <w:tc>
          <w:tcPr>
            <w:tcW w:w="4561" w:type="dxa"/>
            <w:vAlign w:val="center"/>
          </w:tcPr>
          <w:p w14:paraId="0F7F83F6" w14:textId="77777777" w:rsidR="00E50E2B" w:rsidRDefault="00000000">
            <w:r>
              <w:t>Kepala UPT Puskesmas Salido</w:t>
            </w:r>
            <w:r>
              <w:br/>
            </w:r>
            <w:r>
              <w:br/>
              <w:t>dr. Widya Maryetti</w:t>
            </w:r>
            <w:r>
              <w:br/>
            </w:r>
            <w:r>
              <w:br/>
              <w:t>NIP. __________________</w:t>
            </w:r>
          </w:p>
        </w:tc>
        <w:tc>
          <w:tcPr>
            <w:tcW w:w="4561" w:type="dxa"/>
            <w:vAlign w:val="center"/>
          </w:tcPr>
          <w:p w14:paraId="29F6334F" w14:textId="77777777" w:rsidR="00E50E2B" w:rsidRDefault="00000000">
            <w:r>
              <w:t>Penanggung Jawab Inovasi</w:t>
            </w:r>
            <w:r>
              <w:br/>
            </w:r>
            <w:r>
              <w:br/>
              <w:t>________________________</w:t>
            </w:r>
            <w:r>
              <w:br/>
            </w:r>
            <w:r>
              <w:br/>
              <w:t>NIP. __________________</w:t>
            </w:r>
          </w:p>
        </w:tc>
      </w:tr>
    </w:tbl>
    <w:p w14:paraId="5DC196BD" w14:textId="77777777" w:rsidR="00E50E2B" w:rsidRDefault="00000000">
      <w:r>
        <w:br w:type="page"/>
      </w:r>
    </w:p>
    <w:p w14:paraId="66C0B1D7" w14:textId="77777777" w:rsidR="00E50E2B" w:rsidRDefault="00000000">
      <w:pPr>
        <w:pStyle w:val="Heading1"/>
      </w:pPr>
      <w:r>
        <w:lastRenderedPageBreak/>
        <w:t>KATA PENGANTAR</w:t>
      </w:r>
    </w:p>
    <w:p w14:paraId="09737580" w14:textId="77777777" w:rsidR="00E50E2B" w:rsidRDefault="00000000">
      <w:pPr>
        <w:spacing w:after="120"/>
      </w:pPr>
      <w:r>
        <w:t>Puji syukur ke hadirat Tuhan Yang Maha Esa atas rahmat dan karunia-Nya sehingga Manual Book Inovasi BERKAKI PALSU (Bersama Kader Kunjungi Pasien Lansia dan Berkebutuhan Khusus) UPT Puskesmas Salido Tahun 2026 dapat disusun.</w:t>
      </w:r>
    </w:p>
    <w:p w14:paraId="2D6F74A9" w14:textId="77777777" w:rsidR="00E50E2B" w:rsidRDefault="00000000">
      <w:pPr>
        <w:spacing w:after="120"/>
      </w:pPr>
      <w:r>
        <w:t>Manual book ini menjadi pedoman bagi seluruh pelaksana dalam merencanakan, melaksanakan, memantau, mengevaluasi, dan mendokumentasikan pelayanan kunjungan rumah bagi pasien lansia dan masyarakat berkebutuhan khusus yang mengalami hambatan untuk mengakses pelayanan kesehatan secara langsung.</w:t>
      </w:r>
    </w:p>
    <w:p w14:paraId="27DB43F9" w14:textId="77777777" w:rsidR="00E50E2B" w:rsidRDefault="00000000">
      <w:pPr>
        <w:spacing w:after="120"/>
      </w:pPr>
      <w:r>
        <w:t>Inovasi ini mengedepankan kolaborasi antara tenaga kesehatan dan kader sebagai unsur yang dekat dengan masyarakat. Pendekatan tersebut diharapkan dapat meningkatkan akses, kesinambungan pelayanan, deteksi dini masalah kesehatan, edukasi keluarga, serta tindak lanjut pelayanan sesuai kebutuhan pasien.</w:t>
      </w:r>
    </w:p>
    <w:p w14:paraId="21CB735D" w14:textId="77777777" w:rsidR="00E50E2B" w:rsidRDefault="00000000">
      <w:pPr>
        <w:spacing w:after="120"/>
      </w:pPr>
      <w:r>
        <w:t>Dokumen ini disusun dengan bahasa dan sistematika formal agar dapat digunakan sebagai pedoman teknis internal sekaligus dokumen pendukung dalam pelaksanaan dan penilaian inovasi daerah. Penyempurnaan akan dilakukan secara berkala berdasarkan hasil monitoring, evaluasi, kebutuhan masyarakat, dan perkembangan kebijakan.</w:t>
      </w:r>
    </w:p>
    <w:p w14:paraId="15156A57" w14:textId="77777777" w:rsidR="00E50E2B" w:rsidRDefault="00000000">
      <w:pPr>
        <w:spacing w:after="120"/>
      </w:pPr>
      <w:r>
        <w:t>Salido, __________ 2026</w:t>
      </w:r>
      <w:r>
        <w:br/>
        <w:t xml:space="preserve">UPT </w:t>
      </w:r>
      <w:proofErr w:type="spellStart"/>
      <w:r>
        <w:t>Puskesmas</w:t>
      </w:r>
      <w:proofErr w:type="spellEnd"/>
      <w:r>
        <w:t xml:space="preserve"> Salido</w:t>
      </w:r>
    </w:p>
    <w:p w14:paraId="45C23045" w14:textId="77777777" w:rsidR="00DD4DBE" w:rsidRDefault="00DD4DBE">
      <w:pPr>
        <w:spacing w:after="120"/>
      </w:pPr>
    </w:p>
    <w:p w14:paraId="53CC76AC" w14:textId="77777777" w:rsidR="00DD4DBE" w:rsidRDefault="00DD4DBE">
      <w:pPr>
        <w:spacing w:after="120"/>
      </w:pPr>
    </w:p>
    <w:p w14:paraId="7D7C5CD4" w14:textId="77777777" w:rsidR="00DD4DBE" w:rsidRDefault="00DD4DBE">
      <w:pPr>
        <w:spacing w:after="120"/>
      </w:pPr>
    </w:p>
    <w:p w14:paraId="19552C9C" w14:textId="77777777" w:rsidR="00DD4DBE" w:rsidRDefault="00DD4DBE">
      <w:pPr>
        <w:spacing w:after="120"/>
      </w:pPr>
    </w:p>
    <w:p w14:paraId="6C9DE6AC" w14:textId="77777777" w:rsidR="00DD4DBE" w:rsidRDefault="00DD4DBE">
      <w:pPr>
        <w:spacing w:after="120"/>
      </w:pPr>
    </w:p>
    <w:p w14:paraId="2AB4205D" w14:textId="77777777" w:rsidR="00DD4DBE" w:rsidRDefault="00DD4DBE">
      <w:pPr>
        <w:spacing w:after="120"/>
      </w:pPr>
    </w:p>
    <w:p w14:paraId="4E927584" w14:textId="77777777" w:rsidR="00DD4DBE" w:rsidRDefault="00DD4DBE">
      <w:pPr>
        <w:spacing w:after="120"/>
      </w:pPr>
    </w:p>
    <w:p w14:paraId="6C1F2256" w14:textId="77777777" w:rsidR="00DD4DBE" w:rsidRDefault="00DD4DBE">
      <w:pPr>
        <w:spacing w:after="120"/>
      </w:pPr>
    </w:p>
    <w:p w14:paraId="06C3929F" w14:textId="77777777" w:rsidR="00DD4DBE" w:rsidRDefault="00DD4DBE">
      <w:pPr>
        <w:spacing w:after="120"/>
      </w:pPr>
    </w:p>
    <w:p w14:paraId="01D6E432" w14:textId="77777777" w:rsidR="00DD4DBE" w:rsidRDefault="00DD4DBE">
      <w:pPr>
        <w:spacing w:after="120"/>
      </w:pPr>
    </w:p>
    <w:p w14:paraId="221245BF" w14:textId="77777777" w:rsidR="00DD4DBE" w:rsidRDefault="00DD4DBE">
      <w:pPr>
        <w:spacing w:after="120"/>
      </w:pPr>
    </w:p>
    <w:p w14:paraId="550EA6BA" w14:textId="77777777" w:rsidR="00DD4DBE" w:rsidRDefault="00DD4DBE">
      <w:pPr>
        <w:spacing w:after="120"/>
      </w:pPr>
    </w:p>
    <w:p w14:paraId="77762866" w14:textId="77777777" w:rsidR="00DD4DBE" w:rsidRDefault="00DD4DBE">
      <w:pPr>
        <w:spacing w:after="120"/>
      </w:pPr>
    </w:p>
    <w:p w14:paraId="7AE1ACF5" w14:textId="77777777" w:rsidR="00DD4DBE" w:rsidRDefault="00DD4DBE">
      <w:pPr>
        <w:spacing w:after="120"/>
      </w:pPr>
    </w:p>
    <w:p w14:paraId="04CBB663" w14:textId="77777777" w:rsidR="00DD4DBE" w:rsidRDefault="00DD4DBE">
      <w:pPr>
        <w:spacing w:after="120"/>
      </w:pPr>
    </w:p>
    <w:p w14:paraId="719D3DE1" w14:textId="77777777" w:rsidR="00E50E2B" w:rsidRDefault="00000000">
      <w:pPr>
        <w:pStyle w:val="Heading1"/>
      </w:pPr>
      <w:r>
        <w:lastRenderedPageBreak/>
        <w:t>DAFTAR ISI</w:t>
      </w:r>
    </w:p>
    <w:p w14:paraId="385BDC5F" w14:textId="77777777" w:rsidR="00E50E2B" w:rsidRDefault="00000000">
      <w:r>
        <w:t>Lembar Pengesahan</w:t>
      </w:r>
    </w:p>
    <w:p w14:paraId="3721F743" w14:textId="77777777" w:rsidR="00E50E2B" w:rsidRDefault="00000000">
      <w:r>
        <w:t>Kata Pengantar</w:t>
      </w:r>
    </w:p>
    <w:p w14:paraId="2D179B82" w14:textId="77777777" w:rsidR="00E50E2B" w:rsidRDefault="00000000">
      <w:r>
        <w:t>BAB I Pendahuluan</w:t>
      </w:r>
    </w:p>
    <w:p w14:paraId="7DB59FB7" w14:textId="77777777" w:rsidR="00E50E2B" w:rsidRDefault="00000000">
      <w:r>
        <w:t>BAB II Gambaran Umum Inovasi</w:t>
      </w:r>
    </w:p>
    <w:p w14:paraId="3BBD3959" w14:textId="77777777" w:rsidR="00E50E2B" w:rsidRDefault="00000000">
      <w:r>
        <w:t>BAB III Sasaran dan Kriteria</w:t>
      </w:r>
    </w:p>
    <w:p w14:paraId="654DED90" w14:textId="77777777" w:rsidR="00E50E2B" w:rsidRDefault="00000000">
      <w:r>
        <w:t>BAB IV Tata Kelola dan Mekanisme Pelaksanaan</w:t>
      </w:r>
    </w:p>
    <w:p w14:paraId="799F8C2B" w14:textId="77777777" w:rsidR="00E50E2B" w:rsidRDefault="00000000">
      <w:r>
        <w:t>BAB V Standar Operasional Prosedur</w:t>
      </w:r>
    </w:p>
    <w:p w14:paraId="78D14C2C" w14:textId="77777777" w:rsidR="00E50E2B" w:rsidRDefault="00000000">
      <w:r>
        <w:t>BAB VI Tugas dan Tanggung Jawab</w:t>
      </w:r>
    </w:p>
    <w:p w14:paraId="10642C3F" w14:textId="77777777" w:rsidR="00E50E2B" w:rsidRDefault="00000000">
      <w:r>
        <w:t>BAB VII Monitoring dan Evaluasi</w:t>
      </w:r>
    </w:p>
    <w:p w14:paraId="6E0234E4" w14:textId="77777777" w:rsidR="00E50E2B" w:rsidRDefault="00000000">
      <w:r>
        <w:t>BAB VIII Indikator Keberhasilan</w:t>
      </w:r>
    </w:p>
    <w:p w14:paraId="65B3FE05" w14:textId="77777777" w:rsidR="00E50E2B" w:rsidRDefault="00000000">
      <w:r>
        <w:t>BAB IX Manajemen Risiko dan Keberlanjutan</w:t>
      </w:r>
    </w:p>
    <w:p w14:paraId="4524F4EF" w14:textId="77777777" w:rsidR="00E50E2B" w:rsidRDefault="00000000">
      <w:r>
        <w:t>BAB X Penutup</w:t>
      </w:r>
    </w:p>
    <w:p w14:paraId="35D55CFA" w14:textId="77777777" w:rsidR="00E50E2B" w:rsidRDefault="00000000">
      <w:r>
        <w:t>Lampiran</w:t>
      </w:r>
    </w:p>
    <w:p w14:paraId="555CA8BA" w14:textId="409D95BC" w:rsidR="00E50E2B" w:rsidRDefault="00E50E2B"/>
    <w:p w14:paraId="462744B2" w14:textId="77777777" w:rsidR="00DD4DBE" w:rsidRDefault="00DD4DBE"/>
    <w:p w14:paraId="25B2C9AA" w14:textId="77777777" w:rsidR="00DD4DBE" w:rsidRDefault="00DD4DBE"/>
    <w:p w14:paraId="35100F4F" w14:textId="77777777" w:rsidR="00DD4DBE" w:rsidRDefault="00DD4DBE"/>
    <w:p w14:paraId="52BA38E0" w14:textId="77777777" w:rsidR="00DD4DBE" w:rsidRDefault="00DD4DBE"/>
    <w:p w14:paraId="14B2BA0E" w14:textId="77777777" w:rsidR="00DD4DBE" w:rsidRDefault="00DD4DBE"/>
    <w:p w14:paraId="1C060543" w14:textId="77777777" w:rsidR="00DD4DBE" w:rsidRDefault="00DD4DBE"/>
    <w:p w14:paraId="0237DEF6" w14:textId="77777777" w:rsidR="00DD4DBE" w:rsidRDefault="00DD4DBE"/>
    <w:p w14:paraId="7582D774" w14:textId="77777777" w:rsidR="00DD4DBE" w:rsidRDefault="00DD4DBE"/>
    <w:p w14:paraId="393FF784" w14:textId="77777777" w:rsidR="00DD4DBE" w:rsidRDefault="00DD4DBE"/>
    <w:p w14:paraId="5EC1D377" w14:textId="77777777" w:rsidR="00E50E2B" w:rsidRDefault="00000000">
      <w:pPr>
        <w:pStyle w:val="Heading1"/>
      </w:pPr>
      <w:r>
        <w:lastRenderedPageBreak/>
        <w:t>BAB I – PENDAHULUAN</w:t>
      </w:r>
    </w:p>
    <w:p w14:paraId="4CDA6BA6" w14:textId="77777777" w:rsidR="00E50E2B" w:rsidRDefault="00000000">
      <w:pPr>
        <w:pStyle w:val="Heading2"/>
      </w:pPr>
      <w:r>
        <w:t>1.1 Latar Belakang</w:t>
      </w:r>
    </w:p>
    <w:p w14:paraId="72609CF6" w14:textId="77777777" w:rsidR="00E50E2B" w:rsidRDefault="00000000">
      <w:pPr>
        <w:spacing w:after="120"/>
      </w:pPr>
      <w:r>
        <w:t>Akses pelayanan kesehatan yang merata merupakan salah satu unsur penting dalam peningkatan derajat kesehatan masyarakat. Dalam pelaksanaannya, masih terdapat kelompok masyarakat yang mengalami hambatan untuk datang ke fasilitas pelayanan kesehatan, antara lain lansia, penyandang disabilitas, pasien dengan keterbatasan mobilitas, pasien dengan ketergantungan terhadap keluarga, serta masyarakat berkebutuhan khusus lainnya.</w:t>
      </w:r>
    </w:p>
    <w:p w14:paraId="7F728B84" w14:textId="77777777" w:rsidR="00E50E2B" w:rsidRDefault="00000000">
      <w:pPr>
        <w:spacing w:after="120"/>
      </w:pPr>
      <w:r>
        <w:t>Hambatan tersebut dapat berupa keterbatasan fisik, kondisi kesehatan, keterbatasan transportasi, dukungan keluarga, maupun faktor sosial dan lingkungan. Apabila tidak ditindaklanjuti, kondisi tersebut berpotensi menyebabkan keterlambatan memperoleh pelayanan, pemantauan kesehatan yang tidak optimal, dan terputusnya kesinambungan pelayanan.</w:t>
      </w:r>
    </w:p>
    <w:p w14:paraId="685F346C" w14:textId="77777777" w:rsidR="00E50E2B" w:rsidRDefault="00000000">
      <w:pPr>
        <w:spacing w:after="120"/>
      </w:pPr>
      <w:r>
        <w:t>UPT Puskesmas Salido mengembangkan inovasi BERKAKI PALSU sebagai pendekatan pelayanan berbasis masyarakat melalui kolaborasi tenaga kesehatan dengan kader. Kader membantu menemukan dan melaporkan sasaran, sedangkan tenaga kesehatan melakukan verifikasi, kunjungan rumah, pelayanan sesuai kewenangan, edukasi, serta tindak lanjut.</w:t>
      </w:r>
    </w:p>
    <w:p w14:paraId="276AFB9C" w14:textId="77777777" w:rsidR="00E50E2B" w:rsidRDefault="00000000">
      <w:pPr>
        <w:pStyle w:val="Heading2"/>
      </w:pPr>
      <w:r>
        <w:t>1.2 Dasar Hukum</w:t>
      </w:r>
    </w:p>
    <w:p w14:paraId="4E436A7C" w14:textId="77777777" w:rsidR="00E50E2B" w:rsidRDefault="00000000">
      <w:pPr>
        <w:pStyle w:val="ListBullet"/>
      </w:pPr>
      <w:r>
        <w:t>Undang-Undang Nomor 17 Tahun 2023 tentang Kesehatan.</w:t>
      </w:r>
    </w:p>
    <w:p w14:paraId="0B58F696" w14:textId="77777777" w:rsidR="00E50E2B" w:rsidRDefault="00000000">
      <w:pPr>
        <w:pStyle w:val="ListBullet"/>
      </w:pPr>
      <w:r>
        <w:t>Undang-Undang Nomor 23 Tahun 2014 tentang Pemerintahan Daerah beserta perubahan dan ketentuan pelaksanaannya.</w:t>
      </w:r>
    </w:p>
    <w:p w14:paraId="6EF87C4E" w14:textId="77777777" w:rsidR="00E50E2B" w:rsidRDefault="00000000">
      <w:pPr>
        <w:pStyle w:val="ListBullet"/>
      </w:pPr>
      <w:r>
        <w:t>Peraturan Pemerintah Nomor 28 Tahun 2024 tentang Peraturan Pelaksanaan Undang-Undang Nomor 17 Tahun 2023 tentang Kesehatan.</w:t>
      </w:r>
    </w:p>
    <w:p w14:paraId="4DC5B5CB" w14:textId="77777777" w:rsidR="00E50E2B" w:rsidRDefault="00000000">
      <w:pPr>
        <w:pStyle w:val="ListBullet"/>
      </w:pPr>
      <w:r>
        <w:t>Peraturan Menteri Kesehatan Nomor 19 Tahun 2024 tentang Penyelenggaraan Pusat Kesehatan Masyarakat.</w:t>
      </w:r>
    </w:p>
    <w:p w14:paraId="34DC1785" w14:textId="77777777" w:rsidR="00E50E2B" w:rsidRDefault="00000000">
      <w:pPr>
        <w:pStyle w:val="ListBullet"/>
      </w:pPr>
      <w:r>
        <w:t>Ketentuan peraturan perundang-undangan lain yang berkaitan dengan pelayanan kesehatan primer, pelayanan bagi lansia, penyandang disabilitas, perlindungan data dan rekam medis, serta penyelenggaraan inovasi daerah.</w:t>
      </w:r>
    </w:p>
    <w:p w14:paraId="7A7F1CEF" w14:textId="77777777" w:rsidR="00E50E2B" w:rsidRDefault="00000000">
      <w:pPr>
        <w:pStyle w:val="ListBullet"/>
      </w:pPr>
      <w:r>
        <w:t>Dokumen kebijakan dan standar pelayanan yang berlaku di UPT Puskesmas Salido.</w:t>
      </w:r>
    </w:p>
    <w:p w14:paraId="7985F1EF" w14:textId="77777777" w:rsidR="00E50E2B" w:rsidRDefault="00000000">
      <w:pPr>
        <w:pStyle w:val="Heading2"/>
      </w:pPr>
      <w:r>
        <w:t>1.3 Tujuan</w:t>
      </w:r>
    </w:p>
    <w:p w14:paraId="229F5A6F" w14:textId="77777777" w:rsidR="00E50E2B" w:rsidRDefault="00000000">
      <w:pPr>
        <w:pStyle w:val="ListBullet"/>
      </w:pPr>
      <w:r>
        <w:t>Meningkatkan akses pelayanan kesehatan bagi lansia dan masyarakat berkebutuhan khusus yang mengalami hambatan datang ke fasilitas kesehatan.</w:t>
      </w:r>
    </w:p>
    <w:p w14:paraId="565D0A7F" w14:textId="77777777" w:rsidR="00E50E2B" w:rsidRDefault="00000000">
      <w:pPr>
        <w:pStyle w:val="ListBullet"/>
      </w:pPr>
      <w:r>
        <w:t>Meningkatkan deteksi dini dan pemantauan kondisi kesehatan sasaran.</w:t>
      </w:r>
    </w:p>
    <w:p w14:paraId="4A68907D" w14:textId="77777777" w:rsidR="00E50E2B" w:rsidRDefault="00000000">
      <w:pPr>
        <w:pStyle w:val="ListBullet"/>
      </w:pPr>
      <w:r>
        <w:t>Memperkuat peran kader dalam penemuan dan pemantauan sasaran.</w:t>
      </w:r>
    </w:p>
    <w:p w14:paraId="287BE9E6" w14:textId="77777777" w:rsidR="00E50E2B" w:rsidRDefault="00000000">
      <w:pPr>
        <w:pStyle w:val="ListBullet"/>
      </w:pPr>
      <w:r>
        <w:t>Meningkatkan kesinambungan pelayanan melalui edukasi, tindak lanjut, dan rujukan sesuai indikasi.</w:t>
      </w:r>
    </w:p>
    <w:p w14:paraId="34C8D1E8" w14:textId="77777777" w:rsidR="00E50E2B" w:rsidRDefault="00000000">
      <w:pPr>
        <w:pStyle w:val="ListBullet"/>
      </w:pPr>
      <w:r>
        <w:t>Mendukung terwujudnya pelayanan kesehatan primer yang lebih inklusif, responsif, dan berorientasi pada kebutuhan masyarakat.</w:t>
      </w:r>
    </w:p>
    <w:p w14:paraId="17297159" w14:textId="77777777" w:rsidR="00E50E2B" w:rsidRDefault="00000000">
      <w:pPr>
        <w:pStyle w:val="Heading2"/>
      </w:pPr>
      <w:r>
        <w:lastRenderedPageBreak/>
        <w:t>1.4 Manfaat</w:t>
      </w:r>
    </w:p>
    <w:p w14:paraId="2BEE226C" w14:textId="77777777" w:rsidR="00E50E2B" w:rsidRDefault="00000000">
      <w:pPr>
        <w:pStyle w:val="ListBullet"/>
      </w:pPr>
      <w:r>
        <w:t>Bagi pasien/keluarga: memperoleh pelayanan dan edukasi lebih dekat dengan tempat tinggal.</w:t>
      </w:r>
    </w:p>
    <w:p w14:paraId="69AB60D3" w14:textId="77777777" w:rsidR="00E50E2B" w:rsidRDefault="00000000">
      <w:pPr>
        <w:pStyle w:val="ListBullet"/>
      </w:pPr>
      <w:r>
        <w:t>Bagi kader: memiliki mekanisme yang jelas dalam menemukan dan melaporkan sasaran.</w:t>
      </w:r>
    </w:p>
    <w:p w14:paraId="6EAE6574" w14:textId="77777777" w:rsidR="00E50E2B" w:rsidRDefault="00000000">
      <w:pPr>
        <w:pStyle w:val="ListBullet"/>
      </w:pPr>
      <w:r>
        <w:t>Bagi puskesmas: memperkuat jejaring pelayanan berbasis masyarakat dan tindak lanjut kasus.</w:t>
      </w:r>
    </w:p>
    <w:p w14:paraId="3376F513" w14:textId="77777777" w:rsidR="00E50E2B" w:rsidRDefault="00000000">
      <w:pPr>
        <w:pStyle w:val="ListBullet"/>
      </w:pPr>
      <w:r>
        <w:t>Bagi pemerintah daerah: mendukung peningkatan akses dan mutu pelayanan publik bidang kesehatan.</w:t>
      </w:r>
    </w:p>
    <w:p w14:paraId="75A49CF6" w14:textId="77777777" w:rsidR="00E50E2B" w:rsidRDefault="00000000">
      <w:pPr>
        <w:pStyle w:val="Heading1"/>
      </w:pPr>
      <w:r>
        <w:t>BAB II – GAMBARAN UMUM INOVASI</w:t>
      </w:r>
    </w:p>
    <w:tbl>
      <w:tblPr>
        <w:tblStyle w:val="TableGrid"/>
        <w:tblW w:w="0" w:type="auto"/>
        <w:jc w:val="center"/>
        <w:tblLook w:val="04A0" w:firstRow="1" w:lastRow="0" w:firstColumn="1" w:lastColumn="0" w:noHBand="0" w:noVBand="1"/>
      </w:tblPr>
      <w:tblGrid>
        <w:gridCol w:w="4561"/>
        <w:gridCol w:w="4561"/>
      </w:tblGrid>
      <w:tr w:rsidR="00E50E2B" w14:paraId="71D1B069" w14:textId="77777777">
        <w:trPr>
          <w:jc w:val="center"/>
        </w:trPr>
        <w:tc>
          <w:tcPr>
            <w:tcW w:w="4561" w:type="dxa"/>
            <w:vAlign w:val="center"/>
          </w:tcPr>
          <w:p w14:paraId="47267903" w14:textId="77777777" w:rsidR="00E50E2B" w:rsidRDefault="00000000">
            <w:r>
              <w:rPr>
                <w:b/>
              </w:rPr>
              <w:t>Komponen</w:t>
            </w:r>
          </w:p>
        </w:tc>
        <w:tc>
          <w:tcPr>
            <w:tcW w:w="4561" w:type="dxa"/>
            <w:vAlign w:val="center"/>
          </w:tcPr>
          <w:p w14:paraId="29FD3472" w14:textId="77777777" w:rsidR="00E50E2B" w:rsidRDefault="00000000">
            <w:r>
              <w:rPr>
                <w:b/>
              </w:rPr>
              <w:t>Uraian</w:t>
            </w:r>
          </w:p>
        </w:tc>
      </w:tr>
      <w:tr w:rsidR="00E50E2B" w14:paraId="29495575" w14:textId="77777777">
        <w:trPr>
          <w:jc w:val="center"/>
        </w:trPr>
        <w:tc>
          <w:tcPr>
            <w:tcW w:w="4561" w:type="dxa"/>
            <w:vAlign w:val="center"/>
          </w:tcPr>
          <w:p w14:paraId="1469926D" w14:textId="77777777" w:rsidR="00E50E2B" w:rsidRDefault="00000000">
            <w:r>
              <w:t>Nama inovasi</w:t>
            </w:r>
          </w:p>
        </w:tc>
        <w:tc>
          <w:tcPr>
            <w:tcW w:w="4561" w:type="dxa"/>
            <w:vAlign w:val="center"/>
          </w:tcPr>
          <w:p w14:paraId="312310D4" w14:textId="77777777" w:rsidR="00E50E2B" w:rsidRDefault="00000000">
            <w:r>
              <w:t>BERKAKI PALSU</w:t>
            </w:r>
          </w:p>
        </w:tc>
      </w:tr>
      <w:tr w:rsidR="00E50E2B" w14:paraId="47AA494A" w14:textId="77777777">
        <w:trPr>
          <w:jc w:val="center"/>
        </w:trPr>
        <w:tc>
          <w:tcPr>
            <w:tcW w:w="4561" w:type="dxa"/>
            <w:vAlign w:val="center"/>
          </w:tcPr>
          <w:p w14:paraId="7D602512" w14:textId="77777777" w:rsidR="00E50E2B" w:rsidRDefault="00000000">
            <w:r>
              <w:t>Kepanjangan</w:t>
            </w:r>
          </w:p>
        </w:tc>
        <w:tc>
          <w:tcPr>
            <w:tcW w:w="4561" w:type="dxa"/>
            <w:vAlign w:val="center"/>
          </w:tcPr>
          <w:p w14:paraId="6C7B0CE3" w14:textId="77777777" w:rsidR="00E50E2B" w:rsidRDefault="00000000">
            <w:r>
              <w:t>Bersama Kader Kunjungi Pasien Lansia dan Berkebutuhan Khusus</w:t>
            </w:r>
          </w:p>
        </w:tc>
      </w:tr>
      <w:tr w:rsidR="00E50E2B" w14:paraId="723C61B7" w14:textId="77777777">
        <w:trPr>
          <w:jc w:val="center"/>
        </w:trPr>
        <w:tc>
          <w:tcPr>
            <w:tcW w:w="4561" w:type="dxa"/>
            <w:vAlign w:val="center"/>
          </w:tcPr>
          <w:p w14:paraId="6ACA7A37" w14:textId="77777777" w:rsidR="00E50E2B" w:rsidRDefault="00000000">
            <w:r>
              <w:t>Instansi</w:t>
            </w:r>
          </w:p>
        </w:tc>
        <w:tc>
          <w:tcPr>
            <w:tcW w:w="4561" w:type="dxa"/>
            <w:vAlign w:val="center"/>
          </w:tcPr>
          <w:p w14:paraId="74BF841E" w14:textId="77777777" w:rsidR="00E50E2B" w:rsidRDefault="00000000">
            <w:r>
              <w:t>UPT Puskesmas Salido</w:t>
            </w:r>
          </w:p>
        </w:tc>
      </w:tr>
      <w:tr w:rsidR="00E50E2B" w14:paraId="52D665D4" w14:textId="77777777">
        <w:trPr>
          <w:jc w:val="center"/>
        </w:trPr>
        <w:tc>
          <w:tcPr>
            <w:tcW w:w="4561" w:type="dxa"/>
            <w:vAlign w:val="center"/>
          </w:tcPr>
          <w:p w14:paraId="117D9C33" w14:textId="77777777" w:rsidR="00E50E2B" w:rsidRDefault="00000000">
            <w:r>
              <w:t>Wilayah pelaksanaan</w:t>
            </w:r>
          </w:p>
        </w:tc>
        <w:tc>
          <w:tcPr>
            <w:tcW w:w="4561" w:type="dxa"/>
            <w:vAlign w:val="center"/>
          </w:tcPr>
          <w:p w14:paraId="1ADE079A" w14:textId="77777777" w:rsidR="00E50E2B" w:rsidRDefault="00000000">
            <w:r>
              <w:t>Wilayah kerja UPT Puskesmas Salido, Kecamatan IV Jurai, Kabupaten Pesisir Selatan</w:t>
            </w:r>
          </w:p>
        </w:tc>
      </w:tr>
      <w:tr w:rsidR="00E50E2B" w14:paraId="39FA5C3A" w14:textId="77777777">
        <w:trPr>
          <w:jc w:val="center"/>
        </w:trPr>
        <w:tc>
          <w:tcPr>
            <w:tcW w:w="4561" w:type="dxa"/>
            <w:vAlign w:val="center"/>
          </w:tcPr>
          <w:p w14:paraId="060D496A" w14:textId="77777777" w:rsidR="00E50E2B" w:rsidRDefault="00000000">
            <w:r>
              <w:t>Tahun pelaksanaan</w:t>
            </w:r>
          </w:p>
        </w:tc>
        <w:tc>
          <w:tcPr>
            <w:tcW w:w="4561" w:type="dxa"/>
            <w:vAlign w:val="center"/>
          </w:tcPr>
          <w:p w14:paraId="46C6215A" w14:textId="77777777" w:rsidR="00E50E2B" w:rsidRDefault="00000000">
            <w:r>
              <w:t>2026</w:t>
            </w:r>
          </w:p>
        </w:tc>
      </w:tr>
      <w:tr w:rsidR="00E50E2B" w14:paraId="4DD33CCC" w14:textId="77777777">
        <w:trPr>
          <w:jc w:val="center"/>
        </w:trPr>
        <w:tc>
          <w:tcPr>
            <w:tcW w:w="4561" w:type="dxa"/>
            <w:vAlign w:val="center"/>
          </w:tcPr>
          <w:p w14:paraId="54B0F170" w14:textId="77777777" w:rsidR="00E50E2B" w:rsidRDefault="00000000">
            <w:r>
              <w:t>Jenis inovasi</w:t>
            </w:r>
          </w:p>
        </w:tc>
        <w:tc>
          <w:tcPr>
            <w:tcW w:w="4561" w:type="dxa"/>
            <w:vAlign w:val="center"/>
          </w:tcPr>
          <w:p w14:paraId="232B43C2" w14:textId="77777777" w:rsidR="00E50E2B" w:rsidRDefault="00000000">
            <w:r>
              <w:t>Inovasi pelayanan publik bidang kesehatan</w:t>
            </w:r>
          </w:p>
        </w:tc>
      </w:tr>
      <w:tr w:rsidR="00E50E2B" w14:paraId="10B8928B" w14:textId="77777777">
        <w:trPr>
          <w:jc w:val="center"/>
        </w:trPr>
        <w:tc>
          <w:tcPr>
            <w:tcW w:w="4561" w:type="dxa"/>
            <w:vAlign w:val="center"/>
          </w:tcPr>
          <w:p w14:paraId="3BD03759" w14:textId="77777777" w:rsidR="00E50E2B" w:rsidRDefault="00000000">
            <w:r>
              <w:t>Pendekatan</w:t>
            </w:r>
          </w:p>
        </w:tc>
        <w:tc>
          <w:tcPr>
            <w:tcW w:w="4561" w:type="dxa"/>
            <w:vAlign w:val="center"/>
          </w:tcPr>
          <w:p w14:paraId="3DE837FC" w14:textId="77777777" w:rsidR="00E50E2B" w:rsidRDefault="00000000">
            <w:r>
              <w:t>Pelayanan proaktif berbasis kunjungan rumah dan kolaborasi tenaga kesehatan–kader</w:t>
            </w:r>
          </w:p>
        </w:tc>
      </w:tr>
      <w:tr w:rsidR="00E50E2B" w14:paraId="1D2E1DB8" w14:textId="77777777">
        <w:trPr>
          <w:jc w:val="center"/>
        </w:trPr>
        <w:tc>
          <w:tcPr>
            <w:tcW w:w="4561" w:type="dxa"/>
            <w:vAlign w:val="center"/>
          </w:tcPr>
          <w:p w14:paraId="13DAA9BA" w14:textId="77777777" w:rsidR="00E50E2B" w:rsidRDefault="00000000">
            <w:r>
              <w:t>Sasaran utama</w:t>
            </w:r>
          </w:p>
        </w:tc>
        <w:tc>
          <w:tcPr>
            <w:tcW w:w="4561" w:type="dxa"/>
            <w:vAlign w:val="center"/>
          </w:tcPr>
          <w:p w14:paraId="46AE0622" w14:textId="77777777" w:rsidR="00E50E2B" w:rsidRDefault="00000000">
            <w:r>
              <w:t>Lansia dan masyarakat berkebutuhan khusus yang mengalami hambatan mengakses fasilitas kesehatan</w:t>
            </w:r>
          </w:p>
        </w:tc>
      </w:tr>
      <w:tr w:rsidR="00E50E2B" w14:paraId="58C6CDDD" w14:textId="77777777">
        <w:trPr>
          <w:jc w:val="center"/>
        </w:trPr>
        <w:tc>
          <w:tcPr>
            <w:tcW w:w="4561" w:type="dxa"/>
            <w:vAlign w:val="center"/>
          </w:tcPr>
          <w:p w14:paraId="0D36EDBE" w14:textId="77777777" w:rsidR="00E50E2B" w:rsidRDefault="00000000">
            <w:r>
              <w:t>Produk layanan</w:t>
            </w:r>
          </w:p>
        </w:tc>
        <w:tc>
          <w:tcPr>
            <w:tcW w:w="4561" w:type="dxa"/>
            <w:vAlign w:val="center"/>
          </w:tcPr>
          <w:p w14:paraId="0F4B59F5" w14:textId="77777777" w:rsidR="00E50E2B" w:rsidRDefault="00000000">
            <w:r>
              <w:t>Identifikasi sasaran, kunjungan rumah, pemeriksaan/pemantauan sesuai kewenangan, edukasi, konseling, tindak lanjut dan rujukan</w:t>
            </w:r>
          </w:p>
        </w:tc>
      </w:tr>
    </w:tbl>
    <w:p w14:paraId="5DD48A86" w14:textId="77777777" w:rsidR="00E50E2B" w:rsidRDefault="00000000">
      <w:pPr>
        <w:pStyle w:val="Heading2"/>
      </w:pPr>
      <w:r>
        <w:t>2.1 Nilai Kebaruan/Inovasi</w:t>
      </w:r>
    </w:p>
    <w:p w14:paraId="3DD31E75" w14:textId="77777777" w:rsidR="00E50E2B" w:rsidRDefault="00000000">
      <w:pPr>
        <w:spacing w:after="120"/>
      </w:pPr>
      <w:r>
        <w:t>Kebaruan BERKAKI PALSU terletak pada penguatan mekanisme pelayanan proaktif dengan melibatkan kader sebagai penghubung antara masyarakat dan puskesmas. Pelayanan tidak semata menunggu pasien datang, tetapi dimulai dari penemuan sasaran di tingkat masyarakat, verifikasi oleh petugas, kunjungan terencana, serta tindak lanjut yang terdokumentasi.</w:t>
      </w:r>
    </w:p>
    <w:p w14:paraId="674437EE" w14:textId="77777777" w:rsidR="00E50E2B" w:rsidRDefault="00000000">
      <w:pPr>
        <w:pStyle w:val="Heading2"/>
      </w:pPr>
      <w:r>
        <w:t>2.2 Prinsip Pelaksanaan</w:t>
      </w:r>
    </w:p>
    <w:p w14:paraId="3F22A5F7" w14:textId="77777777" w:rsidR="00E50E2B" w:rsidRDefault="00000000">
      <w:pPr>
        <w:pStyle w:val="ListBullet"/>
      </w:pPr>
      <w:r>
        <w:t>Berorientasi pada kebutuhan pasien.</w:t>
      </w:r>
    </w:p>
    <w:p w14:paraId="2F45BBEA" w14:textId="77777777" w:rsidR="00E50E2B" w:rsidRDefault="00000000">
      <w:pPr>
        <w:pStyle w:val="ListBullet"/>
      </w:pPr>
      <w:r>
        <w:t>Inklusif dan nondiskriminatif.</w:t>
      </w:r>
    </w:p>
    <w:p w14:paraId="2146C8EA" w14:textId="77777777" w:rsidR="00E50E2B" w:rsidRDefault="00000000">
      <w:pPr>
        <w:pStyle w:val="ListBullet"/>
      </w:pPr>
      <w:r>
        <w:t>Kolaboratif dengan kader dan keluarga.</w:t>
      </w:r>
    </w:p>
    <w:p w14:paraId="339688BC" w14:textId="77777777" w:rsidR="00E50E2B" w:rsidRDefault="00000000">
      <w:pPr>
        <w:pStyle w:val="ListBullet"/>
      </w:pPr>
      <w:r>
        <w:t>Sesuai kewenangan dan standar pelayanan kesehatan.</w:t>
      </w:r>
    </w:p>
    <w:p w14:paraId="310851F7" w14:textId="77777777" w:rsidR="00E50E2B" w:rsidRDefault="00000000">
      <w:pPr>
        <w:pStyle w:val="ListBullet"/>
      </w:pPr>
      <w:r>
        <w:t>Menjaga kerahasiaan informasi pasien.</w:t>
      </w:r>
    </w:p>
    <w:p w14:paraId="273D3704" w14:textId="77777777" w:rsidR="00E50E2B" w:rsidRDefault="00000000">
      <w:pPr>
        <w:pStyle w:val="ListBullet"/>
      </w:pPr>
      <w:r>
        <w:t>Terukur, terdokumentasi, dan berkelanjutan.</w:t>
      </w:r>
    </w:p>
    <w:p w14:paraId="72745676" w14:textId="77777777" w:rsidR="00E50E2B" w:rsidRDefault="00000000">
      <w:pPr>
        <w:pStyle w:val="Heading1"/>
      </w:pPr>
      <w:r>
        <w:lastRenderedPageBreak/>
        <w:t>BAB III – SASARAN DAN KRITERIA</w:t>
      </w:r>
    </w:p>
    <w:p w14:paraId="7425EE0A" w14:textId="77777777" w:rsidR="00E50E2B" w:rsidRDefault="00000000">
      <w:pPr>
        <w:pStyle w:val="Heading2"/>
      </w:pPr>
      <w:r>
        <w:t>3.1 Sasaran</w:t>
      </w:r>
    </w:p>
    <w:p w14:paraId="6E29FB87" w14:textId="77777777" w:rsidR="00E50E2B" w:rsidRDefault="00000000">
      <w:pPr>
        <w:pStyle w:val="ListBullet"/>
      </w:pPr>
      <w:r>
        <w:t>Lansia yang mengalami keterbatasan mobilitas atau kesulitan mengakses puskesmas.</w:t>
      </w:r>
    </w:p>
    <w:p w14:paraId="5BA35AA9" w14:textId="77777777" w:rsidR="00E50E2B" w:rsidRDefault="00000000">
      <w:pPr>
        <w:pStyle w:val="ListBullet"/>
      </w:pPr>
      <w:r>
        <w:t>Penyandang disabilitas atau masyarakat berkebutuhan khusus yang membutuhkan dukungan akses pelayanan.</w:t>
      </w:r>
    </w:p>
    <w:p w14:paraId="24D9DF89" w14:textId="77777777" w:rsidR="00E50E2B" w:rsidRDefault="00000000">
      <w:pPr>
        <w:pStyle w:val="ListBullet"/>
      </w:pPr>
      <w:r>
        <w:t>Pasien dengan kondisi tertentu yang memerlukan pemantauan di rumah sesuai hasil penilaian petugas.</w:t>
      </w:r>
    </w:p>
    <w:p w14:paraId="556151F3" w14:textId="77777777" w:rsidR="00E50E2B" w:rsidRDefault="00000000">
      <w:pPr>
        <w:pStyle w:val="ListBullet"/>
      </w:pPr>
      <w:r>
        <w:t>Sasaran lain berdasarkan hasil identifikasi kader dan verifikasi tenaga kesehatan.</w:t>
      </w:r>
    </w:p>
    <w:p w14:paraId="1191C68D" w14:textId="77777777" w:rsidR="00E50E2B" w:rsidRDefault="00000000">
      <w:pPr>
        <w:pStyle w:val="Heading2"/>
      </w:pPr>
      <w:r>
        <w:t>3.2 Kriteria Prioritas</w:t>
      </w:r>
    </w:p>
    <w:p w14:paraId="207AB896" w14:textId="77777777" w:rsidR="00E50E2B" w:rsidRDefault="00000000">
      <w:pPr>
        <w:pStyle w:val="ListBullet"/>
      </w:pPr>
      <w:r>
        <w:t>Tidak atau sulit datang ke fasilitas kesehatan karena keterbatasan fisik/mobilitas.</w:t>
      </w:r>
    </w:p>
    <w:p w14:paraId="1F081029" w14:textId="77777777" w:rsidR="00E50E2B" w:rsidRDefault="00000000">
      <w:pPr>
        <w:pStyle w:val="ListBullet"/>
      </w:pPr>
      <w:r>
        <w:t>Memerlukan pemantauan kesehatan secara berkala.</w:t>
      </w:r>
    </w:p>
    <w:p w14:paraId="1360BB2E" w14:textId="77777777" w:rsidR="00E50E2B" w:rsidRDefault="00000000">
      <w:pPr>
        <w:pStyle w:val="ListBullet"/>
      </w:pPr>
      <w:r>
        <w:t>Memerlukan edukasi keluarga/caregiver.</w:t>
      </w:r>
    </w:p>
    <w:p w14:paraId="00F995BA" w14:textId="77777777" w:rsidR="00E50E2B" w:rsidRDefault="00000000">
      <w:pPr>
        <w:pStyle w:val="ListBullet"/>
      </w:pPr>
      <w:r>
        <w:t>Berisiko mengalami masalah kesehatan yang membutuhkan tindak lanjut.</w:t>
      </w:r>
    </w:p>
    <w:p w14:paraId="01F1B506" w14:textId="77777777" w:rsidR="00E50E2B" w:rsidRDefault="00000000">
      <w:pPr>
        <w:pStyle w:val="ListBullet"/>
      </w:pPr>
      <w:r>
        <w:t>Direkomendasikan oleh kader, keluarga, atau petugas kesehatan dan memenuhi hasil verifikasi.</w:t>
      </w:r>
    </w:p>
    <w:p w14:paraId="30BA605A" w14:textId="77777777" w:rsidR="00E50E2B" w:rsidRDefault="00000000">
      <w:pPr>
        <w:pStyle w:val="Heading1"/>
      </w:pPr>
      <w:r>
        <w:t>BAB IV – TATA KELOLA DAN MEKANISME PELAKSANAAN</w:t>
      </w:r>
    </w:p>
    <w:p w14:paraId="790F325F" w14:textId="77777777" w:rsidR="00E50E2B" w:rsidRDefault="00000000">
      <w:pPr>
        <w:pStyle w:val="Heading2"/>
      </w:pPr>
      <w:r>
        <w:t>4.1 Alur Pelaksanaan</w:t>
      </w:r>
    </w:p>
    <w:tbl>
      <w:tblPr>
        <w:tblStyle w:val="TableGrid"/>
        <w:tblW w:w="0" w:type="auto"/>
        <w:jc w:val="center"/>
        <w:tblLook w:val="04A0" w:firstRow="1" w:lastRow="0" w:firstColumn="1" w:lastColumn="0" w:noHBand="0" w:noVBand="1"/>
      </w:tblPr>
      <w:tblGrid>
        <w:gridCol w:w="2280"/>
        <w:gridCol w:w="2280"/>
        <w:gridCol w:w="2280"/>
        <w:gridCol w:w="2280"/>
      </w:tblGrid>
      <w:tr w:rsidR="00E50E2B" w14:paraId="13346E5A" w14:textId="77777777">
        <w:trPr>
          <w:jc w:val="center"/>
        </w:trPr>
        <w:tc>
          <w:tcPr>
            <w:tcW w:w="2280" w:type="dxa"/>
            <w:vAlign w:val="center"/>
          </w:tcPr>
          <w:p w14:paraId="570C579D" w14:textId="77777777" w:rsidR="00E50E2B" w:rsidRDefault="00000000">
            <w:r>
              <w:rPr>
                <w:b/>
              </w:rPr>
              <w:t>Tahap</w:t>
            </w:r>
          </w:p>
        </w:tc>
        <w:tc>
          <w:tcPr>
            <w:tcW w:w="2280" w:type="dxa"/>
            <w:vAlign w:val="center"/>
          </w:tcPr>
          <w:p w14:paraId="0F8A1641" w14:textId="77777777" w:rsidR="00E50E2B" w:rsidRDefault="00000000">
            <w:r>
              <w:rPr>
                <w:b/>
              </w:rPr>
              <w:t>Pelaksana</w:t>
            </w:r>
          </w:p>
        </w:tc>
        <w:tc>
          <w:tcPr>
            <w:tcW w:w="2280" w:type="dxa"/>
            <w:vAlign w:val="center"/>
          </w:tcPr>
          <w:p w14:paraId="3F846486" w14:textId="77777777" w:rsidR="00E50E2B" w:rsidRDefault="00000000">
            <w:r>
              <w:rPr>
                <w:b/>
              </w:rPr>
              <w:t>Waktu</w:t>
            </w:r>
          </w:p>
        </w:tc>
        <w:tc>
          <w:tcPr>
            <w:tcW w:w="2280" w:type="dxa"/>
            <w:vAlign w:val="center"/>
          </w:tcPr>
          <w:p w14:paraId="55114943" w14:textId="77777777" w:rsidR="00E50E2B" w:rsidRDefault="00000000">
            <w:r>
              <w:rPr>
                <w:b/>
              </w:rPr>
              <w:t>Output</w:t>
            </w:r>
          </w:p>
        </w:tc>
      </w:tr>
      <w:tr w:rsidR="00E50E2B" w14:paraId="50F32522" w14:textId="77777777">
        <w:trPr>
          <w:jc w:val="center"/>
        </w:trPr>
        <w:tc>
          <w:tcPr>
            <w:tcW w:w="2280" w:type="dxa"/>
            <w:vAlign w:val="center"/>
          </w:tcPr>
          <w:p w14:paraId="5D7A3275" w14:textId="77777777" w:rsidR="00E50E2B" w:rsidRDefault="00000000">
            <w:r>
              <w:t>1. Identifikasi sasaran oleh kader</w:t>
            </w:r>
          </w:p>
        </w:tc>
        <w:tc>
          <w:tcPr>
            <w:tcW w:w="2280" w:type="dxa"/>
            <w:vAlign w:val="center"/>
          </w:tcPr>
          <w:p w14:paraId="33EEA273" w14:textId="77777777" w:rsidR="00E50E2B" w:rsidRDefault="00000000">
            <w:r>
              <w:t>Kader Posyandu/Kader kesehatan</w:t>
            </w:r>
          </w:p>
        </w:tc>
        <w:tc>
          <w:tcPr>
            <w:tcW w:w="2280" w:type="dxa"/>
            <w:vAlign w:val="center"/>
          </w:tcPr>
          <w:p w14:paraId="64DAD77D" w14:textId="77777777" w:rsidR="00E50E2B" w:rsidRDefault="00000000">
            <w:r>
              <w:t>1 hari kalender</w:t>
            </w:r>
          </w:p>
        </w:tc>
        <w:tc>
          <w:tcPr>
            <w:tcW w:w="2280" w:type="dxa"/>
            <w:vAlign w:val="center"/>
          </w:tcPr>
          <w:p w14:paraId="3A89BBB7" w14:textId="77777777" w:rsidR="00E50E2B" w:rsidRDefault="00000000">
            <w:r>
              <w:t>Daftar calon sasaran</w:t>
            </w:r>
          </w:p>
        </w:tc>
      </w:tr>
      <w:tr w:rsidR="00E50E2B" w14:paraId="63201633" w14:textId="77777777">
        <w:trPr>
          <w:jc w:val="center"/>
        </w:trPr>
        <w:tc>
          <w:tcPr>
            <w:tcW w:w="2280" w:type="dxa"/>
            <w:vAlign w:val="center"/>
          </w:tcPr>
          <w:p w14:paraId="1AE47866" w14:textId="77777777" w:rsidR="00E50E2B" w:rsidRDefault="00000000">
            <w:r>
              <w:t>2. Pelaporan kepada petugas</w:t>
            </w:r>
          </w:p>
        </w:tc>
        <w:tc>
          <w:tcPr>
            <w:tcW w:w="2280" w:type="dxa"/>
            <w:vAlign w:val="center"/>
          </w:tcPr>
          <w:p w14:paraId="49EB9BE0" w14:textId="77777777" w:rsidR="00E50E2B" w:rsidRDefault="00000000">
            <w:r>
              <w:t>Kader</w:t>
            </w:r>
          </w:p>
        </w:tc>
        <w:tc>
          <w:tcPr>
            <w:tcW w:w="2280" w:type="dxa"/>
            <w:vAlign w:val="center"/>
          </w:tcPr>
          <w:p w14:paraId="6EC7AA67" w14:textId="77777777" w:rsidR="00E50E2B" w:rsidRDefault="00000000">
            <w:r>
              <w:t>1 hari kalender</w:t>
            </w:r>
          </w:p>
        </w:tc>
        <w:tc>
          <w:tcPr>
            <w:tcW w:w="2280" w:type="dxa"/>
            <w:vAlign w:val="center"/>
          </w:tcPr>
          <w:p w14:paraId="7CE11CF0" w14:textId="77777777" w:rsidR="00E50E2B" w:rsidRDefault="00000000">
            <w:r>
              <w:t>Informasi/lembar laporan sasaran</w:t>
            </w:r>
          </w:p>
        </w:tc>
      </w:tr>
      <w:tr w:rsidR="00E50E2B" w14:paraId="6E67E049" w14:textId="77777777">
        <w:trPr>
          <w:jc w:val="center"/>
        </w:trPr>
        <w:tc>
          <w:tcPr>
            <w:tcW w:w="2280" w:type="dxa"/>
            <w:vAlign w:val="center"/>
          </w:tcPr>
          <w:p w14:paraId="61009BD6" w14:textId="77777777" w:rsidR="00E50E2B" w:rsidRDefault="00000000">
            <w:r>
              <w:t>3. Verifikasi dan penjadwalan</w:t>
            </w:r>
          </w:p>
        </w:tc>
        <w:tc>
          <w:tcPr>
            <w:tcW w:w="2280" w:type="dxa"/>
            <w:vAlign w:val="center"/>
          </w:tcPr>
          <w:p w14:paraId="6F673D80" w14:textId="77777777" w:rsidR="00E50E2B" w:rsidRDefault="00000000">
            <w:r>
              <w:t>Bidan Desa/PJ Program/Tim</w:t>
            </w:r>
          </w:p>
        </w:tc>
        <w:tc>
          <w:tcPr>
            <w:tcW w:w="2280" w:type="dxa"/>
            <w:vAlign w:val="center"/>
          </w:tcPr>
          <w:p w14:paraId="66AF52C1" w14:textId="77777777" w:rsidR="00E50E2B" w:rsidRDefault="00000000">
            <w:r>
              <w:t>1 hari kalender</w:t>
            </w:r>
          </w:p>
        </w:tc>
        <w:tc>
          <w:tcPr>
            <w:tcW w:w="2280" w:type="dxa"/>
            <w:vAlign w:val="center"/>
          </w:tcPr>
          <w:p w14:paraId="6F06AEAC" w14:textId="77777777" w:rsidR="00E50E2B" w:rsidRDefault="00000000">
            <w:r>
              <w:t>Sasaran terverifikasi dan jadwal kunjungan</w:t>
            </w:r>
          </w:p>
        </w:tc>
      </w:tr>
      <w:tr w:rsidR="00E50E2B" w14:paraId="34B9743E" w14:textId="77777777">
        <w:trPr>
          <w:jc w:val="center"/>
        </w:trPr>
        <w:tc>
          <w:tcPr>
            <w:tcW w:w="2280" w:type="dxa"/>
            <w:vAlign w:val="center"/>
          </w:tcPr>
          <w:p w14:paraId="22144EA0" w14:textId="77777777" w:rsidR="00E50E2B" w:rsidRDefault="00000000">
            <w:r>
              <w:t>4. Kunjungan rumah</w:t>
            </w:r>
          </w:p>
        </w:tc>
        <w:tc>
          <w:tcPr>
            <w:tcW w:w="2280" w:type="dxa"/>
            <w:vAlign w:val="center"/>
          </w:tcPr>
          <w:p w14:paraId="00191E94" w14:textId="77777777" w:rsidR="00E50E2B" w:rsidRDefault="00000000">
            <w:r>
              <w:t>Tim BERKAKI PALSU</w:t>
            </w:r>
          </w:p>
        </w:tc>
        <w:tc>
          <w:tcPr>
            <w:tcW w:w="2280" w:type="dxa"/>
            <w:vAlign w:val="center"/>
          </w:tcPr>
          <w:p w14:paraId="5EB6CE0F" w14:textId="77777777" w:rsidR="00E50E2B" w:rsidRDefault="00000000">
            <w:r>
              <w:t>Sesuai jadwal</w:t>
            </w:r>
          </w:p>
        </w:tc>
        <w:tc>
          <w:tcPr>
            <w:tcW w:w="2280" w:type="dxa"/>
            <w:vAlign w:val="center"/>
          </w:tcPr>
          <w:p w14:paraId="260BFB6E" w14:textId="77777777" w:rsidR="00E50E2B" w:rsidRDefault="00000000">
            <w:r>
              <w:t>Hasil asesmen/pelayanan</w:t>
            </w:r>
          </w:p>
        </w:tc>
      </w:tr>
      <w:tr w:rsidR="00E50E2B" w14:paraId="3AB0B078" w14:textId="77777777">
        <w:trPr>
          <w:jc w:val="center"/>
        </w:trPr>
        <w:tc>
          <w:tcPr>
            <w:tcW w:w="2280" w:type="dxa"/>
            <w:vAlign w:val="center"/>
          </w:tcPr>
          <w:p w14:paraId="49AD3ABA" w14:textId="77777777" w:rsidR="00E50E2B" w:rsidRDefault="00000000">
            <w:r>
              <w:t>5. Edukasi dan tindak lanjut</w:t>
            </w:r>
          </w:p>
        </w:tc>
        <w:tc>
          <w:tcPr>
            <w:tcW w:w="2280" w:type="dxa"/>
            <w:vAlign w:val="center"/>
          </w:tcPr>
          <w:p w14:paraId="15B2C0FF" w14:textId="77777777" w:rsidR="00E50E2B" w:rsidRDefault="00000000">
            <w:r>
              <w:t>Tim kesehatan + keluarga</w:t>
            </w:r>
          </w:p>
        </w:tc>
        <w:tc>
          <w:tcPr>
            <w:tcW w:w="2280" w:type="dxa"/>
            <w:vAlign w:val="center"/>
          </w:tcPr>
          <w:p w14:paraId="05A2BECC" w14:textId="77777777" w:rsidR="00E50E2B" w:rsidRDefault="00000000">
            <w:r>
              <w:t>Saat kunjungan</w:t>
            </w:r>
          </w:p>
        </w:tc>
        <w:tc>
          <w:tcPr>
            <w:tcW w:w="2280" w:type="dxa"/>
            <w:vAlign w:val="center"/>
          </w:tcPr>
          <w:p w14:paraId="4F7E4883" w14:textId="77777777" w:rsidR="00E50E2B" w:rsidRDefault="00000000">
            <w:r>
              <w:t>Rencana tindak lanjut</w:t>
            </w:r>
          </w:p>
        </w:tc>
      </w:tr>
      <w:tr w:rsidR="00E50E2B" w14:paraId="232D8390" w14:textId="77777777">
        <w:trPr>
          <w:jc w:val="center"/>
        </w:trPr>
        <w:tc>
          <w:tcPr>
            <w:tcW w:w="2280" w:type="dxa"/>
            <w:vAlign w:val="center"/>
          </w:tcPr>
          <w:p w14:paraId="276EAE22" w14:textId="77777777" w:rsidR="00E50E2B" w:rsidRDefault="00000000">
            <w:r>
              <w:t>6. Rujukan bila diperlukan</w:t>
            </w:r>
          </w:p>
        </w:tc>
        <w:tc>
          <w:tcPr>
            <w:tcW w:w="2280" w:type="dxa"/>
            <w:vAlign w:val="center"/>
          </w:tcPr>
          <w:p w14:paraId="5C1B0D37" w14:textId="77777777" w:rsidR="00E50E2B" w:rsidRDefault="00000000">
            <w:r>
              <w:t>Petugas kesehatan</w:t>
            </w:r>
          </w:p>
        </w:tc>
        <w:tc>
          <w:tcPr>
            <w:tcW w:w="2280" w:type="dxa"/>
            <w:vAlign w:val="center"/>
          </w:tcPr>
          <w:p w14:paraId="14D6E008" w14:textId="77777777" w:rsidR="00E50E2B" w:rsidRDefault="00000000">
            <w:r>
              <w:t>Sesuai indikasi</w:t>
            </w:r>
          </w:p>
        </w:tc>
        <w:tc>
          <w:tcPr>
            <w:tcW w:w="2280" w:type="dxa"/>
            <w:vAlign w:val="center"/>
          </w:tcPr>
          <w:p w14:paraId="125D5FB6" w14:textId="77777777" w:rsidR="00E50E2B" w:rsidRDefault="00000000">
            <w:r>
              <w:t>Rujukan/koordinasi</w:t>
            </w:r>
          </w:p>
        </w:tc>
      </w:tr>
      <w:tr w:rsidR="00E50E2B" w14:paraId="6A6E3C05" w14:textId="77777777">
        <w:trPr>
          <w:jc w:val="center"/>
        </w:trPr>
        <w:tc>
          <w:tcPr>
            <w:tcW w:w="2280" w:type="dxa"/>
            <w:vAlign w:val="center"/>
          </w:tcPr>
          <w:p w14:paraId="241CF8DE" w14:textId="77777777" w:rsidR="00E50E2B" w:rsidRDefault="00000000">
            <w:r>
              <w:t>7. Dokumentasi dan evaluasi</w:t>
            </w:r>
          </w:p>
        </w:tc>
        <w:tc>
          <w:tcPr>
            <w:tcW w:w="2280" w:type="dxa"/>
            <w:vAlign w:val="center"/>
          </w:tcPr>
          <w:p w14:paraId="0684100E" w14:textId="77777777" w:rsidR="00E50E2B" w:rsidRDefault="00000000">
            <w:r>
              <w:t>PJ inovasi</w:t>
            </w:r>
          </w:p>
        </w:tc>
        <w:tc>
          <w:tcPr>
            <w:tcW w:w="2280" w:type="dxa"/>
            <w:vAlign w:val="center"/>
          </w:tcPr>
          <w:p w14:paraId="13688D6E" w14:textId="77777777" w:rsidR="00E50E2B" w:rsidRDefault="00000000">
            <w:r>
              <w:t>Berkala</w:t>
            </w:r>
          </w:p>
        </w:tc>
        <w:tc>
          <w:tcPr>
            <w:tcW w:w="2280" w:type="dxa"/>
            <w:vAlign w:val="center"/>
          </w:tcPr>
          <w:p w14:paraId="2D066C1C" w14:textId="77777777" w:rsidR="00E50E2B" w:rsidRDefault="00000000">
            <w:r>
              <w:t>Rekap dan laporan evaluasi</w:t>
            </w:r>
          </w:p>
        </w:tc>
      </w:tr>
    </w:tbl>
    <w:p w14:paraId="22018175" w14:textId="77777777" w:rsidR="00E50E2B" w:rsidRDefault="00000000">
      <w:pPr>
        <w:pStyle w:val="Heading2"/>
      </w:pPr>
      <w:r>
        <w:t>4.2 Pelaksanaan Kunjungan</w:t>
      </w:r>
    </w:p>
    <w:p w14:paraId="2ED01FB9" w14:textId="77777777" w:rsidR="00E50E2B" w:rsidRDefault="00000000">
      <w:pPr>
        <w:pStyle w:val="ListBullet"/>
      </w:pPr>
      <w:r>
        <w:t>Petugas memastikan identitas dan kesesuaian sasaran.</w:t>
      </w:r>
    </w:p>
    <w:p w14:paraId="015DDB38" w14:textId="77777777" w:rsidR="00E50E2B" w:rsidRDefault="00000000">
      <w:pPr>
        <w:pStyle w:val="ListBullet"/>
      </w:pPr>
      <w:r>
        <w:t>Melakukan komunikasi dengan pasien/keluarga dan memperoleh persetujuan pelayanan.</w:t>
      </w:r>
    </w:p>
    <w:p w14:paraId="08AFB31D" w14:textId="77777777" w:rsidR="00E50E2B" w:rsidRDefault="00000000">
      <w:pPr>
        <w:pStyle w:val="ListBullet"/>
      </w:pPr>
      <w:r>
        <w:t>Melakukan pengkajian kondisi kesehatan sesuai kewenangan.</w:t>
      </w:r>
    </w:p>
    <w:p w14:paraId="577702C0" w14:textId="77777777" w:rsidR="00E50E2B" w:rsidRDefault="00000000">
      <w:pPr>
        <w:pStyle w:val="ListBullet"/>
      </w:pPr>
      <w:r>
        <w:t>Memberikan pelayanan, edukasi, konseling, atau tindakan sesuai standar.</w:t>
      </w:r>
    </w:p>
    <w:p w14:paraId="0BB17355" w14:textId="77777777" w:rsidR="00E50E2B" w:rsidRDefault="00000000">
      <w:pPr>
        <w:pStyle w:val="ListBullet"/>
      </w:pPr>
      <w:r>
        <w:lastRenderedPageBreak/>
        <w:t>Menentukan tindak lanjut: pemantauan, kunjungan ulang, pelayanan di puskesmas, atau rujukan.</w:t>
      </w:r>
    </w:p>
    <w:p w14:paraId="31A22B24" w14:textId="77777777" w:rsidR="00E50E2B" w:rsidRDefault="00000000">
      <w:pPr>
        <w:pStyle w:val="ListBullet"/>
      </w:pPr>
      <w:r>
        <w:t>Mendokumentasikan hasil kunjungan secara lengkap dan menjaga kerahasiaan data.</w:t>
      </w:r>
    </w:p>
    <w:p w14:paraId="355DE4D0" w14:textId="77777777" w:rsidR="00E50E2B" w:rsidRDefault="00000000">
      <w:pPr>
        <w:pStyle w:val="Heading1"/>
      </w:pPr>
      <w:r>
        <w:t>BAB V – STANDAR OPERASIONAL PROSEDUR</w:t>
      </w:r>
    </w:p>
    <w:p w14:paraId="6E1FC624" w14:textId="77777777" w:rsidR="00E50E2B" w:rsidRDefault="00000000">
      <w:pPr>
        <w:pStyle w:val="Heading2"/>
      </w:pPr>
      <w:r>
        <w:t>SOP Kunjungan Rumah BERKAKI PALSU</w:t>
      </w:r>
    </w:p>
    <w:tbl>
      <w:tblPr>
        <w:tblStyle w:val="TableGrid"/>
        <w:tblW w:w="0" w:type="auto"/>
        <w:jc w:val="center"/>
        <w:tblLook w:val="04A0" w:firstRow="1" w:lastRow="0" w:firstColumn="1" w:lastColumn="0" w:noHBand="0" w:noVBand="1"/>
      </w:tblPr>
      <w:tblGrid>
        <w:gridCol w:w="1857"/>
        <w:gridCol w:w="2272"/>
        <w:gridCol w:w="3164"/>
        <w:gridCol w:w="2045"/>
      </w:tblGrid>
      <w:tr w:rsidR="00E50E2B" w14:paraId="7425029B" w14:textId="77777777">
        <w:trPr>
          <w:jc w:val="center"/>
        </w:trPr>
        <w:tc>
          <w:tcPr>
            <w:tcW w:w="2280" w:type="dxa"/>
            <w:vAlign w:val="center"/>
          </w:tcPr>
          <w:p w14:paraId="54015753" w14:textId="77777777" w:rsidR="00E50E2B" w:rsidRDefault="00000000">
            <w:r>
              <w:rPr>
                <w:b/>
              </w:rPr>
              <w:t>No.</w:t>
            </w:r>
          </w:p>
        </w:tc>
        <w:tc>
          <w:tcPr>
            <w:tcW w:w="2280" w:type="dxa"/>
            <w:vAlign w:val="center"/>
          </w:tcPr>
          <w:p w14:paraId="527FFBEB" w14:textId="77777777" w:rsidR="00E50E2B" w:rsidRDefault="00000000">
            <w:r>
              <w:rPr>
                <w:b/>
              </w:rPr>
              <w:t>Prosedur</w:t>
            </w:r>
          </w:p>
        </w:tc>
        <w:tc>
          <w:tcPr>
            <w:tcW w:w="2280" w:type="dxa"/>
            <w:vAlign w:val="center"/>
          </w:tcPr>
          <w:p w14:paraId="12F04E60" w14:textId="77777777" w:rsidR="00E50E2B" w:rsidRDefault="00000000">
            <w:r>
              <w:rPr>
                <w:b/>
              </w:rPr>
              <w:t>Penanggung Jawab</w:t>
            </w:r>
          </w:p>
        </w:tc>
        <w:tc>
          <w:tcPr>
            <w:tcW w:w="2280" w:type="dxa"/>
            <w:vAlign w:val="center"/>
          </w:tcPr>
          <w:p w14:paraId="27FB70D9" w14:textId="77777777" w:rsidR="00E50E2B" w:rsidRDefault="00000000">
            <w:r>
              <w:rPr>
                <w:b/>
              </w:rPr>
              <w:t>Output</w:t>
            </w:r>
          </w:p>
        </w:tc>
      </w:tr>
      <w:tr w:rsidR="00E50E2B" w14:paraId="3A551681" w14:textId="77777777">
        <w:trPr>
          <w:jc w:val="center"/>
        </w:trPr>
        <w:tc>
          <w:tcPr>
            <w:tcW w:w="2280" w:type="dxa"/>
            <w:vAlign w:val="center"/>
          </w:tcPr>
          <w:p w14:paraId="4AE1E2FA" w14:textId="77777777" w:rsidR="00E50E2B" w:rsidRDefault="00000000">
            <w:r>
              <w:t>1</w:t>
            </w:r>
          </w:p>
        </w:tc>
        <w:tc>
          <w:tcPr>
            <w:tcW w:w="2280" w:type="dxa"/>
            <w:vAlign w:val="center"/>
          </w:tcPr>
          <w:p w14:paraId="56CD7599" w14:textId="77777777" w:rsidR="00E50E2B" w:rsidRDefault="00000000">
            <w:r>
              <w:t>Menerima identifikasi/laporan sasaran dari kader.</w:t>
            </w:r>
          </w:p>
        </w:tc>
        <w:tc>
          <w:tcPr>
            <w:tcW w:w="2280" w:type="dxa"/>
            <w:vAlign w:val="center"/>
          </w:tcPr>
          <w:p w14:paraId="23255430" w14:textId="77777777" w:rsidR="00E50E2B" w:rsidRDefault="00000000">
            <w:r>
              <w:t>Kader/Petugas</w:t>
            </w:r>
          </w:p>
        </w:tc>
        <w:tc>
          <w:tcPr>
            <w:tcW w:w="2280" w:type="dxa"/>
            <w:vAlign w:val="center"/>
          </w:tcPr>
          <w:p w14:paraId="6A1B749A" w14:textId="77777777" w:rsidR="00E50E2B" w:rsidRDefault="00000000">
            <w:r>
              <w:t>Data sasaran</w:t>
            </w:r>
          </w:p>
        </w:tc>
      </w:tr>
      <w:tr w:rsidR="00E50E2B" w14:paraId="47F57F31" w14:textId="77777777">
        <w:trPr>
          <w:jc w:val="center"/>
        </w:trPr>
        <w:tc>
          <w:tcPr>
            <w:tcW w:w="2280" w:type="dxa"/>
            <w:vAlign w:val="center"/>
          </w:tcPr>
          <w:p w14:paraId="6D4D358B" w14:textId="77777777" w:rsidR="00E50E2B" w:rsidRDefault="00000000">
            <w:r>
              <w:t>2</w:t>
            </w:r>
          </w:p>
        </w:tc>
        <w:tc>
          <w:tcPr>
            <w:tcW w:w="2280" w:type="dxa"/>
            <w:vAlign w:val="center"/>
          </w:tcPr>
          <w:p w14:paraId="460BF7CD" w14:textId="77777777" w:rsidR="00E50E2B" w:rsidRDefault="00000000">
            <w:r>
              <w:t>Memverifikasi kondisi, kebutuhan dan prioritas sasaran.</w:t>
            </w:r>
          </w:p>
        </w:tc>
        <w:tc>
          <w:tcPr>
            <w:tcW w:w="2280" w:type="dxa"/>
            <w:vAlign w:val="center"/>
          </w:tcPr>
          <w:p w14:paraId="542E594D" w14:textId="77777777" w:rsidR="00E50E2B" w:rsidRDefault="00000000">
            <w:r>
              <w:t>Bidan Desa/PJ Program</w:t>
            </w:r>
          </w:p>
        </w:tc>
        <w:tc>
          <w:tcPr>
            <w:tcW w:w="2280" w:type="dxa"/>
            <w:vAlign w:val="center"/>
          </w:tcPr>
          <w:p w14:paraId="1124B30C" w14:textId="77777777" w:rsidR="00E50E2B" w:rsidRDefault="00000000">
            <w:r>
              <w:t>Sasaran terverifikasi</w:t>
            </w:r>
          </w:p>
        </w:tc>
      </w:tr>
      <w:tr w:rsidR="00E50E2B" w14:paraId="6D6A0867" w14:textId="77777777">
        <w:trPr>
          <w:jc w:val="center"/>
        </w:trPr>
        <w:tc>
          <w:tcPr>
            <w:tcW w:w="2280" w:type="dxa"/>
            <w:vAlign w:val="center"/>
          </w:tcPr>
          <w:p w14:paraId="301D5E9B" w14:textId="77777777" w:rsidR="00E50E2B" w:rsidRDefault="00000000">
            <w:r>
              <w:t>3</w:t>
            </w:r>
          </w:p>
        </w:tc>
        <w:tc>
          <w:tcPr>
            <w:tcW w:w="2280" w:type="dxa"/>
            <w:vAlign w:val="center"/>
          </w:tcPr>
          <w:p w14:paraId="71C3380C" w14:textId="77777777" w:rsidR="00E50E2B" w:rsidRDefault="00000000">
            <w:r>
              <w:t>Menentukan jadwal dan tim kunjungan.</w:t>
            </w:r>
          </w:p>
        </w:tc>
        <w:tc>
          <w:tcPr>
            <w:tcW w:w="2280" w:type="dxa"/>
            <w:vAlign w:val="center"/>
          </w:tcPr>
          <w:p w14:paraId="694A1918" w14:textId="77777777" w:rsidR="00E50E2B" w:rsidRDefault="00000000">
            <w:r>
              <w:t>PJ Program/Tim</w:t>
            </w:r>
          </w:p>
        </w:tc>
        <w:tc>
          <w:tcPr>
            <w:tcW w:w="2280" w:type="dxa"/>
            <w:vAlign w:val="center"/>
          </w:tcPr>
          <w:p w14:paraId="5AB1ADEB" w14:textId="77777777" w:rsidR="00E50E2B" w:rsidRDefault="00000000">
            <w:r>
              <w:t>Jadwal kunjungan</w:t>
            </w:r>
          </w:p>
        </w:tc>
      </w:tr>
      <w:tr w:rsidR="00E50E2B" w14:paraId="53651492" w14:textId="77777777">
        <w:trPr>
          <w:jc w:val="center"/>
        </w:trPr>
        <w:tc>
          <w:tcPr>
            <w:tcW w:w="2280" w:type="dxa"/>
            <w:vAlign w:val="center"/>
          </w:tcPr>
          <w:p w14:paraId="17D1572C" w14:textId="77777777" w:rsidR="00E50E2B" w:rsidRDefault="00000000">
            <w:r>
              <w:t>4</w:t>
            </w:r>
          </w:p>
        </w:tc>
        <w:tc>
          <w:tcPr>
            <w:tcW w:w="2280" w:type="dxa"/>
            <w:vAlign w:val="center"/>
          </w:tcPr>
          <w:p w14:paraId="550A0149" w14:textId="77777777" w:rsidR="00E50E2B" w:rsidRDefault="00000000">
            <w:r>
              <w:t>Melaksanakan kunjungan dengan membawa perlengkapan yang diperlukan.</w:t>
            </w:r>
          </w:p>
        </w:tc>
        <w:tc>
          <w:tcPr>
            <w:tcW w:w="2280" w:type="dxa"/>
            <w:vAlign w:val="center"/>
          </w:tcPr>
          <w:p w14:paraId="7BE0203D" w14:textId="77777777" w:rsidR="00E50E2B" w:rsidRDefault="00000000">
            <w:r>
              <w:t>Tim Kesehatan</w:t>
            </w:r>
          </w:p>
        </w:tc>
        <w:tc>
          <w:tcPr>
            <w:tcW w:w="2280" w:type="dxa"/>
            <w:vAlign w:val="center"/>
          </w:tcPr>
          <w:p w14:paraId="6041B261" w14:textId="77777777" w:rsidR="00E50E2B" w:rsidRDefault="00000000">
            <w:r>
              <w:t>Kunjungan terlaksana</w:t>
            </w:r>
          </w:p>
        </w:tc>
      </w:tr>
      <w:tr w:rsidR="00E50E2B" w14:paraId="070DE32B" w14:textId="77777777">
        <w:trPr>
          <w:jc w:val="center"/>
        </w:trPr>
        <w:tc>
          <w:tcPr>
            <w:tcW w:w="2280" w:type="dxa"/>
            <w:vAlign w:val="center"/>
          </w:tcPr>
          <w:p w14:paraId="67D2FD01" w14:textId="77777777" w:rsidR="00E50E2B" w:rsidRDefault="00000000">
            <w:r>
              <w:t>5</w:t>
            </w:r>
          </w:p>
        </w:tc>
        <w:tc>
          <w:tcPr>
            <w:tcW w:w="2280" w:type="dxa"/>
            <w:vAlign w:val="center"/>
          </w:tcPr>
          <w:p w14:paraId="2440F2A5" w14:textId="77777777" w:rsidR="00E50E2B" w:rsidRDefault="00000000">
            <w:r>
              <w:t>Melakukan pengkajian dan pelayanan sesuai kewenangan.</w:t>
            </w:r>
          </w:p>
        </w:tc>
        <w:tc>
          <w:tcPr>
            <w:tcW w:w="2280" w:type="dxa"/>
            <w:vAlign w:val="center"/>
          </w:tcPr>
          <w:p w14:paraId="6AA97144" w14:textId="77777777" w:rsidR="00E50E2B" w:rsidRDefault="00000000">
            <w:r>
              <w:t>Dokter/Perawat/Bidan/Tenaga terkait</w:t>
            </w:r>
          </w:p>
        </w:tc>
        <w:tc>
          <w:tcPr>
            <w:tcW w:w="2280" w:type="dxa"/>
            <w:vAlign w:val="center"/>
          </w:tcPr>
          <w:p w14:paraId="016B28EE" w14:textId="77777777" w:rsidR="00E50E2B" w:rsidRDefault="00000000">
            <w:r>
              <w:t>Hasil pengkajian</w:t>
            </w:r>
          </w:p>
        </w:tc>
      </w:tr>
      <w:tr w:rsidR="00E50E2B" w14:paraId="5F930A93" w14:textId="77777777">
        <w:trPr>
          <w:jc w:val="center"/>
        </w:trPr>
        <w:tc>
          <w:tcPr>
            <w:tcW w:w="2280" w:type="dxa"/>
            <w:vAlign w:val="center"/>
          </w:tcPr>
          <w:p w14:paraId="3AD09EA5" w14:textId="77777777" w:rsidR="00E50E2B" w:rsidRDefault="00000000">
            <w:r>
              <w:t>6</w:t>
            </w:r>
          </w:p>
        </w:tc>
        <w:tc>
          <w:tcPr>
            <w:tcW w:w="2280" w:type="dxa"/>
            <w:vAlign w:val="center"/>
          </w:tcPr>
          <w:p w14:paraId="706303DB" w14:textId="77777777" w:rsidR="00E50E2B" w:rsidRDefault="00000000">
            <w:r>
              <w:t>Memberikan edukasi kepada pasien dan keluarga.</w:t>
            </w:r>
          </w:p>
        </w:tc>
        <w:tc>
          <w:tcPr>
            <w:tcW w:w="2280" w:type="dxa"/>
            <w:vAlign w:val="center"/>
          </w:tcPr>
          <w:p w14:paraId="2197DDE6" w14:textId="77777777" w:rsidR="00E50E2B" w:rsidRDefault="00000000">
            <w:r>
              <w:t>Tim Kesehatan</w:t>
            </w:r>
          </w:p>
        </w:tc>
        <w:tc>
          <w:tcPr>
            <w:tcW w:w="2280" w:type="dxa"/>
            <w:vAlign w:val="center"/>
          </w:tcPr>
          <w:p w14:paraId="5A28856A" w14:textId="77777777" w:rsidR="00E50E2B" w:rsidRDefault="00000000">
            <w:r>
              <w:t>Edukasi</w:t>
            </w:r>
          </w:p>
        </w:tc>
      </w:tr>
      <w:tr w:rsidR="00E50E2B" w14:paraId="0B0300DD" w14:textId="77777777">
        <w:trPr>
          <w:jc w:val="center"/>
        </w:trPr>
        <w:tc>
          <w:tcPr>
            <w:tcW w:w="2280" w:type="dxa"/>
            <w:vAlign w:val="center"/>
          </w:tcPr>
          <w:p w14:paraId="270985CA" w14:textId="77777777" w:rsidR="00E50E2B" w:rsidRDefault="00000000">
            <w:r>
              <w:t>7</w:t>
            </w:r>
          </w:p>
        </w:tc>
        <w:tc>
          <w:tcPr>
            <w:tcW w:w="2280" w:type="dxa"/>
            <w:vAlign w:val="center"/>
          </w:tcPr>
          <w:p w14:paraId="335E6ECD" w14:textId="77777777" w:rsidR="00E50E2B" w:rsidRDefault="00000000">
            <w:r>
              <w:t>Menentukan tindak lanjut/rujukan bila diperlukan.</w:t>
            </w:r>
          </w:p>
        </w:tc>
        <w:tc>
          <w:tcPr>
            <w:tcW w:w="2280" w:type="dxa"/>
            <w:vAlign w:val="center"/>
          </w:tcPr>
          <w:p w14:paraId="48CD6ED6" w14:textId="77777777" w:rsidR="00E50E2B" w:rsidRDefault="00000000">
            <w:r>
              <w:t>Tim Kesehatan</w:t>
            </w:r>
          </w:p>
        </w:tc>
        <w:tc>
          <w:tcPr>
            <w:tcW w:w="2280" w:type="dxa"/>
            <w:vAlign w:val="center"/>
          </w:tcPr>
          <w:p w14:paraId="0C21E2B5" w14:textId="77777777" w:rsidR="00E50E2B" w:rsidRDefault="00000000">
            <w:r>
              <w:t>Rencana tindak lanjut</w:t>
            </w:r>
          </w:p>
        </w:tc>
      </w:tr>
      <w:tr w:rsidR="00E50E2B" w14:paraId="070B621F" w14:textId="77777777">
        <w:trPr>
          <w:jc w:val="center"/>
        </w:trPr>
        <w:tc>
          <w:tcPr>
            <w:tcW w:w="2280" w:type="dxa"/>
            <w:vAlign w:val="center"/>
          </w:tcPr>
          <w:p w14:paraId="0D44E03A" w14:textId="77777777" w:rsidR="00E50E2B" w:rsidRDefault="00000000">
            <w:r>
              <w:t>8</w:t>
            </w:r>
          </w:p>
        </w:tc>
        <w:tc>
          <w:tcPr>
            <w:tcW w:w="2280" w:type="dxa"/>
            <w:vAlign w:val="center"/>
          </w:tcPr>
          <w:p w14:paraId="265ABE8E" w14:textId="77777777" w:rsidR="00E50E2B" w:rsidRDefault="00000000">
            <w:r>
              <w:t>Mencatat dan mendokumentasikan hasil kunjungan.</w:t>
            </w:r>
          </w:p>
        </w:tc>
        <w:tc>
          <w:tcPr>
            <w:tcW w:w="2280" w:type="dxa"/>
            <w:vAlign w:val="center"/>
          </w:tcPr>
          <w:p w14:paraId="024D0AE2" w14:textId="77777777" w:rsidR="00E50E2B" w:rsidRDefault="00000000">
            <w:r>
              <w:t>Petugas</w:t>
            </w:r>
          </w:p>
        </w:tc>
        <w:tc>
          <w:tcPr>
            <w:tcW w:w="2280" w:type="dxa"/>
            <w:vAlign w:val="center"/>
          </w:tcPr>
          <w:p w14:paraId="60A7238A" w14:textId="77777777" w:rsidR="00E50E2B" w:rsidRDefault="00000000">
            <w:r>
              <w:t>Catatan kunjungan</w:t>
            </w:r>
          </w:p>
        </w:tc>
      </w:tr>
      <w:tr w:rsidR="00E50E2B" w14:paraId="417CF6ED" w14:textId="77777777">
        <w:trPr>
          <w:jc w:val="center"/>
        </w:trPr>
        <w:tc>
          <w:tcPr>
            <w:tcW w:w="2280" w:type="dxa"/>
            <w:vAlign w:val="center"/>
          </w:tcPr>
          <w:p w14:paraId="5ABFE27A" w14:textId="77777777" w:rsidR="00E50E2B" w:rsidRDefault="00000000">
            <w:r>
              <w:t>9</w:t>
            </w:r>
          </w:p>
        </w:tc>
        <w:tc>
          <w:tcPr>
            <w:tcW w:w="2280" w:type="dxa"/>
            <w:vAlign w:val="center"/>
          </w:tcPr>
          <w:p w14:paraId="0E604A66" w14:textId="77777777" w:rsidR="00E50E2B" w:rsidRDefault="00000000">
            <w:r>
              <w:t>Melakukan monitoring terhadap tindak lanjut.</w:t>
            </w:r>
          </w:p>
        </w:tc>
        <w:tc>
          <w:tcPr>
            <w:tcW w:w="2280" w:type="dxa"/>
            <w:vAlign w:val="center"/>
          </w:tcPr>
          <w:p w14:paraId="1F12E9FF" w14:textId="77777777" w:rsidR="00E50E2B" w:rsidRDefault="00000000">
            <w:r>
              <w:t>PJ Inovasi/Program</w:t>
            </w:r>
          </w:p>
        </w:tc>
        <w:tc>
          <w:tcPr>
            <w:tcW w:w="2280" w:type="dxa"/>
            <w:vAlign w:val="center"/>
          </w:tcPr>
          <w:p w14:paraId="33A7A54B" w14:textId="77777777" w:rsidR="00E50E2B" w:rsidRDefault="00000000">
            <w:r>
              <w:t>Rekap monitoring</w:t>
            </w:r>
          </w:p>
        </w:tc>
      </w:tr>
    </w:tbl>
    <w:p w14:paraId="7219C347" w14:textId="77777777" w:rsidR="00E50E2B" w:rsidRDefault="00000000">
      <w:pPr>
        <w:pStyle w:val="Heading2"/>
      </w:pPr>
      <w:r>
        <w:t>5.1 Standar Keselamatan dan Etika</w:t>
      </w:r>
    </w:p>
    <w:p w14:paraId="61656B2F" w14:textId="77777777" w:rsidR="00E50E2B" w:rsidRDefault="00000000">
      <w:pPr>
        <w:pStyle w:val="ListBullet"/>
      </w:pPr>
      <w:r>
        <w:t>Mengutamakan keselamatan pasien dan petugas.</w:t>
      </w:r>
    </w:p>
    <w:p w14:paraId="0ACDD59A" w14:textId="77777777" w:rsidR="00E50E2B" w:rsidRDefault="00000000">
      <w:pPr>
        <w:pStyle w:val="ListBullet"/>
      </w:pPr>
      <w:r>
        <w:t>Menghormati privasi, martabat, dan hak pasien.</w:t>
      </w:r>
    </w:p>
    <w:p w14:paraId="15881B29" w14:textId="77777777" w:rsidR="00E50E2B" w:rsidRDefault="00000000">
      <w:pPr>
        <w:pStyle w:val="ListBullet"/>
      </w:pPr>
      <w:r>
        <w:t>Tidak memberikan tindakan di luar kompetensi/kewenangan.</w:t>
      </w:r>
    </w:p>
    <w:p w14:paraId="2186BFCD" w14:textId="77777777" w:rsidR="00E50E2B" w:rsidRDefault="00000000">
      <w:pPr>
        <w:pStyle w:val="ListBullet"/>
      </w:pPr>
      <w:r>
        <w:t>Menjaga kerahasiaan informasi kesehatan.</w:t>
      </w:r>
    </w:p>
    <w:p w14:paraId="4978CF06" w14:textId="77777777" w:rsidR="00E50E2B" w:rsidRDefault="00000000">
      <w:pPr>
        <w:pStyle w:val="ListBullet"/>
      </w:pPr>
      <w:r>
        <w:t>Menggunakan alat pelindung diri dan menerapkan pencegahan infeksi sesuai kebutuhan.</w:t>
      </w:r>
    </w:p>
    <w:p w14:paraId="3AAAF1D2" w14:textId="77777777" w:rsidR="00E50E2B" w:rsidRDefault="00000000">
      <w:pPr>
        <w:pStyle w:val="Heading1"/>
      </w:pPr>
      <w:r>
        <w:lastRenderedPageBreak/>
        <w:t>BAB VI – TUGAS DAN TANGGUNG JAWAB</w:t>
      </w:r>
    </w:p>
    <w:tbl>
      <w:tblPr>
        <w:tblStyle w:val="TableGrid"/>
        <w:tblW w:w="0" w:type="auto"/>
        <w:jc w:val="center"/>
        <w:tblLook w:val="04A0" w:firstRow="1" w:lastRow="0" w:firstColumn="1" w:lastColumn="0" w:noHBand="0" w:noVBand="1"/>
      </w:tblPr>
      <w:tblGrid>
        <w:gridCol w:w="4561"/>
        <w:gridCol w:w="4561"/>
      </w:tblGrid>
      <w:tr w:rsidR="00E50E2B" w14:paraId="5DB9DF74" w14:textId="77777777">
        <w:trPr>
          <w:jc w:val="center"/>
        </w:trPr>
        <w:tc>
          <w:tcPr>
            <w:tcW w:w="4561" w:type="dxa"/>
            <w:vAlign w:val="center"/>
          </w:tcPr>
          <w:p w14:paraId="4B0BDA8F" w14:textId="77777777" w:rsidR="00E50E2B" w:rsidRDefault="00000000">
            <w:r>
              <w:rPr>
                <w:b/>
              </w:rPr>
              <w:t>Pihak</w:t>
            </w:r>
          </w:p>
        </w:tc>
        <w:tc>
          <w:tcPr>
            <w:tcW w:w="4561" w:type="dxa"/>
            <w:vAlign w:val="center"/>
          </w:tcPr>
          <w:p w14:paraId="20CC6E8D" w14:textId="77777777" w:rsidR="00E50E2B" w:rsidRDefault="00000000">
            <w:r>
              <w:rPr>
                <w:b/>
              </w:rPr>
              <w:t>Tugas dan Tanggung Jawab</w:t>
            </w:r>
          </w:p>
        </w:tc>
      </w:tr>
      <w:tr w:rsidR="00E50E2B" w14:paraId="5845D143" w14:textId="77777777">
        <w:trPr>
          <w:jc w:val="center"/>
        </w:trPr>
        <w:tc>
          <w:tcPr>
            <w:tcW w:w="4561" w:type="dxa"/>
            <w:vAlign w:val="center"/>
          </w:tcPr>
          <w:p w14:paraId="3EBE42E0" w14:textId="77777777" w:rsidR="00E50E2B" w:rsidRDefault="00000000">
            <w:r>
              <w:t>Kepala UPT Puskesmas</w:t>
            </w:r>
          </w:p>
        </w:tc>
        <w:tc>
          <w:tcPr>
            <w:tcW w:w="4561" w:type="dxa"/>
            <w:vAlign w:val="center"/>
          </w:tcPr>
          <w:p w14:paraId="24186E22" w14:textId="77777777" w:rsidR="00E50E2B" w:rsidRDefault="00000000">
            <w:r>
              <w:t>Menetapkan arah kebijakan, memberikan pembinaan, memastikan dukungan sumber daya, dan melakukan pengawasan.</w:t>
            </w:r>
          </w:p>
        </w:tc>
      </w:tr>
      <w:tr w:rsidR="00E50E2B" w14:paraId="681C2E82" w14:textId="77777777">
        <w:trPr>
          <w:jc w:val="center"/>
        </w:trPr>
        <w:tc>
          <w:tcPr>
            <w:tcW w:w="4561" w:type="dxa"/>
            <w:vAlign w:val="center"/>
          </w:tcPr>
          <w:p w14:paraId="0979D90D" w14:textId="77777777" w:rsidR="00E50E2B" w:rsidRDefault="00000000">
            <w:r>
              <w:t>Penanggung Jawab Inovasi</w:t>
            </w:r>
          </w:p>
        </w:tc>
        <w:tc>
          <w:tcPr>
            <w:tcW w:w="4561" w:type="dxa"/>
            <w:vAlign w:val="center"/>
          </w:tcPr>
          <w:p w14:paraId="228875CE" w14:textId="77777777" w:rsidR="00E50E2B" w:rsidRDefault="00000000">
            <w:r>
              <w:t>Mengkoordinasikan pelaksanaan, dokumentasi, monitoring, evaluasi, dan pelaporan inovasi.</w:t>
            </w:r>
          </w:p>
        </w:tc>
      </w:tr>
      <w:tr w:rsidR="00E50E2B" w14:paraId="25F5D5C5" w14:textId="77777777">
        <w:trPr>
          <w:jc w:val="center"/>
        </w:trPr>
        <w:tc>
          <w:tcPr>
            <w:tcW w:w="4561" w:type="dxa"/>
            <w:vAlign w:val="center"/>
          </w:tcPr>
          <w:p w14:paraId="1C3126CB" w14:textId="77777777" w:rsidR="00E50E2B" w:rsidRDefault="00000000">
            <w:r>
              <w:t>Dokter/Perawat/Bidan</w:t>
            </w:r>
          </w:p>
        </w:tc>
        <w:tc>
          <w:tcPr>
            <w:tcW w:w="4561" w:type="dxa"/>
            <w:vAlign w:val="center"/>
          </w:tcPr>
          <w:p w14:paraId="24A9ED00" w14:textId="77777777" w:rsidR="00E50E2B" w:rsidRDefault="00000000">
            <w:r>
              <w:t>Melakukan asesmen, pelayanan sesuai kompetensi, edukasi, tindak lanjut dan rujukan.</w:t>
            </w:r>
          </w:p>
        </w:tc>
      </w:tr>
      <w:tr w:rsidR="00E50E2B" w14:paraId="753E6320" w14:textId="77777777">
        <w:trPr>
          <w:jc w:val="center"/>
        </w:trPr>
        <w:tc>
          <w:tcPr>
            <w:tcW w:w="4561" w:type="dxa"/>
            <w:vAlign w:val="center"/>
          </w:tcPr>
          <w:p w14:paraId="6316A5F4" w14:textId="77777777" w:rsidR="00E50E2B" w:rsidRDefault="00000000">
            <w:r>
              <w:t>Bidan Desa/PJ Program</w:t>
            </w:r>
          </w:p>
        </w:tc>
        <w:tc>
          <w:tcPr>
            <w:tcW w:w="4561" w:type="dxa"/>
            <w:vAlign w:val="center"/>
          </w:tcPr>
          <w:p w14:paraId="76E9751A" w14:textId="77777777" w:rsidR="00E50E2B" w:rsidRDefault="00000000">
            <w:r>
              <w:t>Melakukan koordinasi sasaran, verifikasi dan penjadwalan.</w:t>
            </w:r>
          </w:p>
        </w:tc>
      </w:tr>
      <w:tr w:rsidR="00E50E2B" w14:paraId="28691342" w14:textId="77777777">
        <w:trPr>
          <w:jc w:val="center"/>
        </w:trPr>
        <w:tc>
          <w:tcPr>
            <w:tcW w:w="4561" w:type="dxa"/>
            <w:vAlign w:val="center"/>
          </w:tcPr>
          <w:p w14:paraId="756DA60D" w14:textId="77777777" w:rsidR="00E50E2B" w:rsidRDefault="00000000">
            <w:r>
              <w:t>Kader</w:t>
            </w:r>
          </w:p>
        </w:tc>
        <w:tc>
          <w:tcPr>
            <w:tcW w:w="4561" w:type="dxa"/>
            <w:vAlign w:val="center"/>
          </w:tcPr>
          <w:p w14:paraId="0A88426D" w14:textId="77777777" w:rsidR="00E50E2B" w:rsidRDefault="00000000">
            <w:r>
              <w:t>Mengidentifikasi sasaran, menyampaikan laporan, mendampingi bila diperlukan, dan membantu pemantauan.</w:t>
            </w:r>
          </w:p>
        </w:tc>
      </w:tr>
      <w:tr w:rsidR="00E50E2B" w14:paraId="5FADCEC4" w14:textId="77777777">
        <w:trPr>
          <w:jc w:val="center"/>
        </w:trPr>
        <w:tc>
          <w:tcPr>
            <w:tcW w:w="4561" w:type="dxa"/>
            <w:vAlign w:val="center"/>
          </w:tcPr>
          <w:p w14:paraId="6214A5A3" w14:textId="77777777" w:rsidR="00E50E2B" w:rsidRDefault="00000000">
            <w:r>
              <w:t>Keluarga/Caregiver</w:t>
            </w:r>
          </w:p>
        </w:tc>
        <w:tc>
          <w:tcPr>
            <w:tcW w:w="4561" w:type="dxa"/>
            <w:vAlign w:val="center"/>
          </w:tcPr>
          <w:p w14:paraId="4D23562D" w14:textId="77777777" w:rsidR="00E50E2B" w:rsidRDefault="00000000">
            <w:r>
              <w:t>Memberikan informasi kondisi pasien, mendampingi pelayanan dan melaksanakan anjuran tindak lanjut.</w:t>
            </w:r>
          </w:p>
        </w:tc>
      </w:tr>
    </w:tbl>
    <w:p w14:paraId="29E22DEA" w14:textId="77777777" w:rsidR="00E50E2B" w:rsidRDefault="00000000">
      <w:pPr>
        <w:pStyle w:val="Heading1"/>
      </w:pPr>
      <w:r>
        <w:t>BAB VII – MONITORING DAN EVALUASI</w:t>
      </w:r>
    </w:p>
    <w:p w14:paraId="65083562" w14:textId="77777777" w:rsidR="00E50E2B" w:rsidRDefault="00000000">
      <w:pPr>
        <w:pStyle w:val="Heading2"/>
      </w:pPr>
      <w:r>
        <w:t>7.1 Monitoring</w:t>
      </w:r>
    </w:p>
    <w:p w14:paraId="06F4E678" w14:textId="77777777" w:rsidR="00E50E2B" w:rsidRDefault="00000000">
      <w:pPr>
        <w:pStyle w:val="ListBullet"/>
      </w:pPr>
      <w:r>
        <w:t>Jumlah sasaran yang diidentifikasi kader.</w:t>
      </w:r>
    </w:p>
    <w:p w14:paraId="7C3A325A" w14:textId="77777777" w:rsidR="00E50E2B" w:rsidRDefault="00000000">
      <w:pPr>
        <w:pStyle w:val="ListBullet"/>
      </w:pPr>
      <w:r>
        <w:t>Jumlah sasaran yang diverifikasi.</w:t>
      </w:r>
    </w:p>
    <w:p w14:paraId="5FAA9FB4" w14:textId="77777777" w:rsidR="00E50E2B" w:rsidRDefault="00000000">
      <w:pPr>
        <w:pStyle w:val="ListBullet"/>
      </w:pPr>
      <w:r>
        <w:t>Jumlah kunjungan yang terlaksana.</w:t>
      </w:r>
    </w:p>
    <w:p w14:paraId="2FBDA3B8" w14:textId="77777777" w:rsidR="00E50E2B" w:rsidRDefault="00000000">
      <w:pPr>
        <w:pStyle w:val="ListBullet"/>
      </w:pPr>
      <w:r>
        <w:t>Jumlah pasien yang memperoleh edukasi.</w:t>
      </w:r>
    </w:p>
    <w:p w14:paraId="193E8FD4" w14:textId="77777777" w:rsidR="00E50E2B" w:rsidRDefault="00000000">
      <w:pPr>
        <w:pStyle w:val="ListBullet"/>
      </w:pPr>
      <w:r>
        <w:t>Jumlah pasien yang membutuhkan tindak lanjut/rujukan.</w:t>
      </w:r>
    </w:p>
    <w:p w14:paraId="10208485" w14:textId="77777777" w:rsidR="00E50E2B" w:rsidRDefault="00000000">
      <w:pPr>
        <w:pStyle w:val="ListBullet"/>
      </w:pPr>
      <w:r>
        <w:t>Kelengkapan dokumentasi kunjungan.</w:t>
      </w:r>
    </w:p>
    <w:p w14:paraId="4A88A740" w14:textId="77777777" w:rsidR="00E50E2B" w:rsidRDefault="00000000">
      <w:pPr>
        <w:pStyle w:val="Heading2"/>
      </w:pPr>
      <w:r>
        <w:t>7.2 Evaluasi</w:t>
      </w:r>
    </w:p>
    <w:p w14:paraId="77852048" w14:textId="77777777" w:rsidR="00E50E2B" w:rsidRDefault="00000000">
      <w:pPr>
        <w:spacing w:after="120"/>
      </w:pPr>
      <w:r>
        <w:t>Evaluasi dilakukan secara berkala oleh penanggung jawab inovasi bersama tim terkait. Hasil evaluasi digunakan untuk mengidentifikasi capaian, kendala, kebutuhan perbaikan, dan rencana tindak lanjut. Hasil evaluasi dituangkan dalam laporan dan menjadi dasar penyempurnaan pelaksanaan inovasi.</w:t>
      </w:r>
    </w:p>
    <w:p w14:paraId="493468C9" w14:textId="77777777" w:rsidR="00E50E2B" w:rsidRDefault="00000000">
      <w:pPr>
        <w:pStyle w:val="Heading1"/>
      </w:pPr>
      <w:r>
        <w:t>BAB VIII – INDIKATOR KEBERHASILAN</w:t>
      </w:r>
    </w:p>
    <w:tbl>
      <w:tblPr>
        <w:tblStyle w:val="TableGrid"/>
        <w:tblW w:w="0" w:type="auto"/>
        <w:jc w:val="center"/>
        <w:tblLook w:val="04A0" w:firstRow="1" w:lastRow="0" w:firstColumn="1" w:lastColumn="0" w:noHBand="0" w:noVBand="1"/>
      </w:tblPr>
      <w:tblGrid>
        <w:gridCol w:w="2280"/>
        <w:gridCol w:w="2280"/>
        <w:gridCol w:w="2280"/>
        <w:gridCol w:w="2280"/>
      </w:tblGrid>
      <w:tr w:rsidR="00E50E2B" w14:paraId="40F101A9" w14:textId="77777777">
        <w:trPr>
          <w:jc w:val="center"/>
        </w:trPr>
        <w:tc>
          <w:tcPr>
            <w:tcW w:w="2280" w:type="dxa"/>
            <w:vAlign w:val="center"/>
          </w:tcPr>
          <w:p w14:paraId="7AA4BFF5" w14:textId="77777777" w:rsidR="00E50E2B" w:rsidRDefault="00000000">
            <w:r>
              <w:rPr>
                <w:b/>
              </w:rPr>
              <w:t>Indikator</w:t>
            </w:r>
          </w:p>
        </w:tc>
        <w:tc>
          <w:tcPr>
            <w:tcW w:w="2280" w:type="dxa"/>
            <w:vAlign w:val="center"/>
          </w:tcPr>
          <w:p w14:paraId="1D650B26" w14:textId="77777777" w:rsidR="00E50E2B" w:rsidRDefault="00000000">
            <w:r>
              <w:rPr>
                <w:b/>
              </w:rPr>
              <w:t>Definisi Operasional</w:t>
            </w:r>
          </w:p>
        </w:tc>
        <w:tc>
          <w:tcPr>
            <w:tcW w:w="2280" w:type="dxa"/>
            <w:vAlign w:val="center"/>
          </w:tcPr>
          <w:p w14:paraId="48696F12" w14:textId="77777777" w:rsidR="00E50E2B" w:rsidRDefault="00000000">
            <w:r>
              <w:rPr>
                <w:b/>
              </w:rPr>
              <w:t>Sumber Data</w:t>
            </w:r>
          </w:p>
        </w:tc>
        <w:tc>
          <w:tcPr>
            <w:tcW w:w="2280" w:type="dxa"/>
            <w:vAlign w:val="center"/>
          </w:tcPr>
          <w:p w14:paraId="0FD6DD35" w14:textId="77777777" w:rsidR="00E50E2B" w:rsidRDefault="00000000">
            <w:r>
              <w:rPr>
                <w:b/>
              </w:rPr>
              <w:t>Frekuensi</w:t>
            </w:r>
          </w:p>
        </w:tc>
      </w:tr>
      <w:tr w:rsidR="00E50E2B" w14:paraId="239F4E48" w14:textId="77777777">
        <w:trPr>
          <w:jc w:val="center"/>
        </w:trPr>
        <w:tc>
          <w:tcPr>
            <w:tcW w:w="2280" w:type="dxa"/>
            <w:vAlign w:val="center"/>
          </w:tcPr>
          <w:p w14:paraId="78D98E34" w14:textId="77777777" w:rsidR="00E50E2B" w:rsidRDefault="00000000">
            <w:r>
              <w:t>Cakupan identifikasi</w:t>
            </w:r>
          </w:p>
        </w:tc>
        <w:tc>
          <w:tcPr>
            <w:tcW w:w="2280" w:type="dxa"/>
            <w:vAlign w:val="center"/>
          </w:tcPr>
          <w:p w14:paraId="4D314A9D" w14:textId="77777777" w:rsidR="00E50E2B" w:rsidRDefault="00000000">
            <w:r>
              <w:t>Proporsi sasaran yang berhasil diidentifikasi dari target sasaran.</w:t>
            </w:r>
          </w:p>
        </w:tc>
        <w:tc>
          <w:tcPr>
            <w:tcW w:w="2280" w:type="dxa"/>
            <w:vAlign w:val="center"/>
          </w:tcPr>
          <w:p w14:paraId="77084E43" w14:textId="77777777" w:rsidR="00E50E2B" w:rsidRDefault="00000000">
            <w:r>
              <w:t>Form identifikasi/rekap kader</w:t>
            </w:r>
          </w:p>
        </w:tc>
        <w:tc>
          <w:tcPr>
            <w:tcW w:w="2280" w:type="dxa"/>
            <w:vAlign w:val="center"/>
          </w:tcPr>
          <w:p w14:paraId="14AF4964" w14:textId="77777777" w:rsidR="00E50E2B" w:rsidRDefault="00000000">
            <w:r>
              <w:t>Bulanan</w:t>
            </w:r>
          </w:p>
        </w:tc>
      </w:tr>
      <w:tr w:rsidR="00E50E2B" w14:paraId="1C5BFBFC" w14:textId="77777777">
        <w:trPr>
          <w:jc w:val="center"/>
        </w:trPr>
        <w:tc>
          <w:tcPr>
            <w:tcW w:w="2280" w:type="dxa"/>
            <w:vAlign w:val="center"/>
          </w:tcPr>
          <w:p w14:paraId="318AE88A" w14:textId="77777777" w:rsidR="00E50E2B" w:rsidRDefault="00000000">
            <w:r>
              <w:t>Cakupan kunjungan</w:t>
            </w:r>
          </w:p>
        </w:tc>
        <w:tc>
          <w:tcPr>
            <w:tcW w:w="2280" w:type="dxa"/>
            <w:vAlign w:val="center"/>
          </w:tcPr>
          <w:p w14:paraId="3907BB71" w14:textId="77777777" w:rsidR="00E50E2B" w:rsidRDefault="00000000">
            <w:r>
              <w:t xml:space="preserve">Proporsi sasaran terverifikasi yang </w:t>
            </w:r>
            <w:r>
              <w:lastRenderedPageBreak/>
              <w:t>memperoleh kunjungan.</w:t>
            </w:r>
          </w:p>
        </w:tc>
        <w:tc>
          <w:tcPr>
            <w:tcW w:w="2280" w:type="dxa"/>
            <w:vAlign w:val="center"/>
          </w:tcPr>
          <w:p w14:paraId="78AEB890" w14:textId="77777777" w:rsidR="00E50E2B" w:rsidRDefault="00000000">
            <w:r>
              <w:lastRenderedPageBreak/>
              <w:t>Form kunjungan</w:t>
            </w:r>
          </w:p>
        </w:tc>
        <w:tc>
          <w:tcPr>
            <w:tcW w:w="2280" w:type="dxa"/>
            <w:vAlign w:val="center"/>
          </w:tcPr>
          <w:p w14:paraId="61EB5656" w14:textId="77777777" w:rsidR="00E50E2B" w:rsidRDefault="00000000">
            <w:r>
              <w:t>Bulanan</w:t>
            </w:r>
          </w:p>
        </w:tc>
      </w:tr>
      <w:tr w:rsidR="00E50E2B" w14:paraId="0CF7F654" w14:textId="77777777">
        <w:trPr>
          <w:jc w:val="center"/>
        </w:trPr>
        <w:tc>
          <w:tcPr>
            <w:tcW w:w="2280" w:type="dxa"/>
            <w:vAlign w:val="center"/>
          </w:tcPr>
          <w:p w14:paraId="0FDEA4C1" w14:textId="77777777" w:rsidR="00E50E2B" w:rsidRDefault="00000000">
            <w:r>
              <w:t>Kelengkapan dokumentasi</w:t>
            </w:r>
          </w:p>
        </w:tc>
        <w:tc>
          <w:tcPr>
            <w:tcW w:w="2280" w:type="dxa"/>
            <w:vAlign w:val="center"/>
          </w:tcPr>
          <w:p w14:paraId="6B63280C" w14:textId="77777777" w:rsidR="00E50E2B" w:rsidRDefault="00000000">
            <w:r>
              <w:t>Proporsi kunjungan dengan dokumentasi lengkap.</w:t>
            </w:r>
          </w:p>
        </w:tc>
        <w:tc>
          <w:tcPr>
            <w:tcW w:w="2280" w:type="dxa"/>
            <w:vAlign w:val="center"/>
          </w:tcPr>
          <w:p w14:paraId="56044D71" w14:textId="77777777" w:rsidR="00E50E2B" w:rsidRDefault="00000000">
            <w:r>
              <w:t>Checklist dokumen</w:t>
            </w:r>
          </w:p>
        </w:tc>
        <w:tc>
          <w:tcPr>
            <w:tcW w:w="2280" w:type="dxa"/>
            <w:vAlign w:val="center"/>
          </w:tcPr>
          <w:p w14:paraId="7E1BD644" w14:textId="77777777" w:rsidR="00E50E2B" w:rsidRDefault="00000000">
            <w:r>
              <w:t>Bulanan</w:t>
            </w:r>
          </w:p>
        </w:tc>
      </w:tr>
      <w:tr w:rsidR="00E50E2B" w14:paraId="48D6F022" w14:textId="77777777">
        <w:trPr>
          <w:jc w:val="center"/>
        </w:trPr>
        <w:tc>
          <w:tcPr>
            <w:tcW w:w="2280" w:type="dxa"/>
            <w:vAlign w:val="center"/>
          </w:tcPr>
          <w:p w14:paraId="1FB19F4D" w14:textId="77777777" w:rsidR="00E50E2B" w:rsidRDefault="00000000">
            <w:r>
              <w:t>Tindak lanjut</w:t>
            </w:r>
          </w:p>
        </w:tc>
        <w:tc>
          <w:tcPr>
            <w:tcW w:w="2280" w:type="dxa"/>
            <w:vAlign w:val="center"/>
          </w:tcPr>
          <w:p w14:paraId="7C391BF2" w14:textId="77777777" w:rsidR="00E50E2B" w:rsidRDefault="00000000">
            <w:r>
              <w:t>Proporsi sasaran yang memperoleh tindak lanjut sesuai kebutuhan.</w:t>
            </w:r>
          </w:p>
        </w:tc>
        <w:tc>
          <w:tcPr>
            <w:tcW w:w="2280" w:type="dxa"/>
            <w:vAlign w:val="center"/>
          </w:tcPr>
          <w:p w14:paraId="35F1FDFD" w14:textId="77777777" w:rsidR="00E50E2B" w:rsidRDefault="00000000">
            <w:r>
              <w:t>Rekap tindak lanjut</w:t>
            </w:r>
          </w:p>
        </w:tc>
        <w:tc>
          <w:tcPr>
            <w:tcW w:w="2280" w:type="dxa"/>
            <w:vAlign w:val="center"/>
          </w:tcPr>
          <w:p w14:paraId="1FA99C1E" w14:textId="77777777" w:rsidR="00E50E2B" w:rsidRDefault="00000000">
            <w:r>
              <w:t>Bulanan</w:t>
            </w:r>
          </w:p>
        </w:tc>
      </w:tr>
      <w:tr w:rsidR="00E50E2B" w14:paraId="000F18A4" w14:textId="77777777">
        <w:trPr>
          <w:jc w:val="center"/>
        </w:trPr>
        <w:tc>
          <w:tcPr>
            <w:tcW w:w="2280" w:type="dxa"/>
            <w:vAlign w:val="center"/>
          </w:tcPr>
          <w:p w14:paraId="78C71BE5" w14:textId="77777777" w:rsidR="00E50E2B" w:rsidRDefault="00000000">
            <w:r>
              <w:t>Kepuasan penerima layanan</w:t>
            </w:r>
          </w:p>
        </w:tc>
        <w:tc>
          <w:tcPr>
            <w:tcW w:w="2280" w:type="dxa"/>
            <w:vAlign w:val="center"/>
          </w:tcPr>
          <w:p w14:paraId="09860E57" w14:textId="77777777" w:rsidR="00E50E2B" w:rsidRDefault="00000000">
            <w:r>
              <w:t>Penilaian penerima layanan/keluarga terhadap pelayanan.</w:t>
            </w:r>
          </w:p>
        </w:tc>
        <w:tc>
          <w:tcPr>
            <w:tcW w:w="2280" w:type="dxa"/>
            <w:vAlign w:val="center"/>
          </w:tcPr>
          <w:p w14:paraId="76E0D3AD" w14:textId="77777777" w:rsidR="00E50E2B" w:rsidRDefault="00000000">
            <w:r>
              <w:t>Form umpan balik</w:t>
            </w:r>
          </w:p>
        </w:tc>
        <w:tc>
          <w:tcPr>
            <w:tcW w:w="2280" w:type="dxa"/>
            <w:vAlign w:val="center"/>
          </w:tcPr>
          <w:p w14:paraId="2A259D45" w14:textId="77777777" w:rsidR="00E50E2B" w:rsidRDefault="00000000">
            <w:r>
              <w:t>Berkala</w:t>
            </w:r>
          </w:p>
        </w:tc>
      </w:tr>
    </w:tbl>
    <w:p w14:paraId="5E31045F" w14:textId="77777777" w:rsidR="00E50E2B" w:rsidRDefault="00000000">
      <w:pPr>
        <w:spacing w:after="120"/>
      </w:pPr>
      <w:r>
        <w:t>Target kuantitatif dapat ditetapkan dan diperbarui berdasarkan baseline wilayah kerja, jumlah sasaran terverifikasi, kapasitas tim, dan hasil evaluasi tahunan.</w:t>
      </w:r>
    </w:p>
    <w:p w14:paraId="1981A494" w14:textId="77777777" w:rsidR="00E50E2B" w:rsidRDefault="00000000">
      <w:pPr>
        <w:pStyle w:val="Heading1"/>
      </w:pPr>
      <w:r>
        <w:t>BAB IX – MANAJEMEN RISIKO DAN KEBERLANJUTAN</w:t>
      </w:r>
    </w:p>
    <w:tbl>
      <w:tblPr>
        <w:tblStyle w:val="TableGrid"/>
        <w:tblW w:w="0" w:type="auto"/>
        <w:jc w:val="center"/>
        <w:tblLook w:val="04A0" w:firstRow="1" w:lastRow="0" w:firstColumn="1" w:lastColumn="0" w:noHBand="0" w:noVBand="1"/>
      </w:tblPr>
      <w:tblGrid>
        <w:gridCol w:w="3041"/>
        <w:gridCol w:w="3041"/>
        <w:gridCol w:w="3041"/>
      </w:tblGrid>
      <w:tr w:rsidR="00E50E2B" w14:paraId="6227F039" w14:textId="77777777">
        <w:trPr>
          <w:jc w:val="center"/>
        </w:trPr>
        <w:tc>
          <w:tcPr>
            <w:tcW w:w="3041" w:type="dxa"/>
            <w:vAlign w:val="center"/>
          </w:tcPr>
          <w:p w14:paraId="1D9390BE" w14:textId="77777777" w:rsidR="00E50E2B" w:rsidRDefault="00000000">
            <w:r>
              <w:rPr>
                <w:b/>
              </w:rPr>
              <w:t>Risiko</w:t>
            </w:r>
          </w:p>
        </w:tc>
        <w:tc>
          <w:tcPr>
            <w:tcW w:w="3041" w:type="dxa"/>
            <w:vAlign w:val="center"/>
          </w:tcPr>
          <w:p w14:paraId="41248DBC" w14:textId="77777777" w:rsidR="00E50E2B" w:rsidRDefault="00000000">
            <w:r>
              <w:rPr>
                <w:b/>
              </w:rPr>
              <w:t>Dampak</w:t>
            </w:r>
          </w:p>
        </w:tc>
        <w:tc>
          <w:tcPr>
            <w:tcW w:w="3041" w:type="dxa"/>
            <w:vAlign w:val="center"/>
          </w:tcPr>
          <w:p w14:paraId="325E2E6E" w14:textId="77777777" w:rsidR="00E50E2B" w:rsidRDefault="00000000">
            <w:r>
              <w:rPr>
                <w:b/>
              </w:rPr>
              <w:t>Mitigasi</w:t>
            </w:r>
          </w:p>
        </w:tc>
      </w:tr>
      <w:tr w:rsidR="00E50E2B" w14:paraId="70AFD445" w14:textId="77777777">
        <w:trPr>
          <w:jc w:val="center"/>
        </w:trPr>
        <w:tc>
          <w:tcPr>
            <w:tcW w:w="3041" w:type="dxa"/>
            <w:vAlign w:val="center"/>
          </w:tcPr>
          <w:p w14:paraId="3137B8BD" w14:textId="77777777" w:rsidR="00E50E2B" w:rsidRDefault="00000000">
            <w:r>
              <w:t>Data sasaran tidak lengkap</w:t>
            </w:r>
          </w:p>
        </w:tc>
        <w:tc>
          <w:tcPr>
            <w:tcW w:w="3041" w:type="dxa"/>
            <w:vAlign w:val="center"/>
          </w:tcPr>
          <w:p w14:paraId="41B6F211" w14:textId="77777777" w:rsidR="00E50E2B" w:rsidRDefault="00000000">
            <w:r>
              <w:t>Sasaran sulit diverifikasi</w:t>
            </w:r>
          </w:p>
        </w:tc>
        <w:tc>
          <w:tcPr>
            <w:tcW w:w="3041" w:type="dxa"/>
            <w:vAlign w:val="center"/>
          </w:tcPr>
          <w:p w14:paraId="227153FD" w14:textId="77777777" w:rsidR="00E50E2B" w:rsidRDefault="00000000">
            <w:r>
              <w:t>Penguatan koordinasi kader dan pembaruan data berkala</w:t>
            </w:r>
          </w:p>
        </w:tc>
      </w:tr>
      <w:tr w:rsidR="00E50E2B" w14:paraId="3776A688" w14:textId="77777777">
        <w:trPr>
          <w:jc w:val="center"/>
        </w:trPr>
        <w:tc>
          <w:tcPr>
            <w:tcW w:w="3041" w:type="dxa"/>
            <w:vAlign w:val="center"/>
          </w:tcPr>
          <w:p w14:paraId="246F4039" w14:textId="77777777" w:rsidR="00E50E2B" w:rsidRDefault="00000000">
            <w:r>
              <w:t>Keterbatasan SDM</w:t>
            </w:r>
          </w:p>
        </w:tc>
        <w:tc>
          <w:tcPr>
            <w:tcW w:w="3041" w:type="dxa"/>
            <w:vAlign w:val="center"/>
          </w:tcPr>
          <w:p w14:paraId="5AFF8693" w14:textId="77777777" w:rsidR="00E50E2B" w:rsidRDefault="00000000">
            <w:r>
              <w:t>Kunjungan tertunda</w:t>
            </w:r>
          </w:p>
        </w:tc>
        <w:tc>
          <w:tcPr>
            <w:tcW w:w="3041" w:type="dxa"/>
            <w:vAlign w:val="center"/>
          </w:tcPr>
          <w:p w14:paraId="17DA9444" w14:textId="77777777" w:rsidR="00E50E2B" w:rsidRDefault="00000000">
            <w:r>
              <w:t>Penjadwalan berbasis prioritas dan pembagian tugas</w:t>
            </w:r>
          </w:p>
        </w:tc>
      </w:tr>
      <w:tr w:rsidR="00E50E2B" w14:paraId="00CB9C24" w14:textId="77777777">
        <w:trPr>
          <w:jc w:val="center"/>
        </w:trPr>
        <w:tc>
          <w:tcPr>
            <w:tcW w:w="3041" w:type="dxa"/>
            <w:vAlign w:val="center"/>
          </w:tcPr>
          <w:p w14:paraId="5DDF813A" w14:textId="77777777" w:rsidR="00E50E2B" w:rsidRDefault="00000000">
            <w:r>
              <w:t>Kondisi geografis/cuaca</w:t>
            </w:r>
          </w:p>
        </w:tc>
        <w:tc>
          <w:tcPr>
            <w:tcW w:w="3041" w:type="dxa"/>
            <w:vAlign w:val="center"/>
          </w:tcPr>
          <w:p w14:paraId="626D7565" w14:textId="77777777" w:rsidR="00E50E2B" w:rsidRDefault="00000000">
            <w:r>
              <w:t>Kunjungan tidak terlaksana</w:t>
            </w:r>
          </w:p>
        </w:tc>
        <w:tc>
          <w:tcPr>
            <w:tcW w:w="3041" w:type="dxa"/>
            <w:vAlign w:val="center"/>
          </w:tcPr>
          <w:p w14:paraId="1C3D900A" w14:textId="77777777" w:rsidR="00E50E2B" w:rsidRDefault="00000000">
            <w:r>
              <w:t>Penjadwalan ulang dan koordinasi dengan kader</w:t>
            </w:r>
          </w:p>
        </w:tc>
      </w:tr>
      <w:tr w:rsidR="00E50E2B" w14:paraId="614CD5FC" w14:textId="77777777">
        <w:trPr>
          <w:jc w:val="center"/>
        </w:trPr>
        <w:tc>
          <w:tcPr>
            <w:tcW w:w="3041" w:type="dxa"/>
            <w:vAlign w:val="center"/>
          </w:tcPr>
          <w:p w14:paraId="1E31AFA7" w14:textId="77777777" w:rsidR="00E50E2B" w:rsidRDefault="00000000">
            <w:r>
              <w:t>Dokumentasi tidak lengkap</w:t>
            </w:r>
          </w:p>
        </w:tc>
        <w:tc>
          <w:tcPr>
            <w:tcW w:w="3041" w:type="dxa"/>
            <w:vAlign w:val="center"/>
          </w:tcPr>
          <w:p w14:paraId="732C5157" w14:textId="77777777" w:rsidR="00E50E2B" w:rsidRDefault="00000000">
            <w:r>
              <w:t>Evaluasi kurang optimal</w:t>
            </w:r>
          </w:p>
        </w:tc>
        <w:tc>
          <w:tcPr>
            <w:tcW w:w="3041" w:type="dxa"/>
            <w:vAlign w:val="center"/>
          </w:tcPr>
          <w:p w14:paraId="06395A60" w14:textId="77777777" w:rsidR="00E50E2B" w:rsidRDefault="00000000">
            <w:r>
              <w:t>Checklist dan pemeriksaan dokumen oleh PJ</w:t>
            </w:r>
          </w:p>
        </w:tc>
      </w:tr>
      <w:tr w:rsidR="00E50E2B" w14:paraId="53393355" w14:textId="77777777">
        <w:trPr>
          <w:jc w:val="center"/>
        </w:trPr>
        <w:tc>
          <w:tcPr>
            <w:tcW w:w="3041" w:type="dxa"/>
            <w:vAlign w:val="center"/>
          </w:tcPr>
          <w:p w14:paraId="5BBA1ED4" w14:textId="77777777" w:rsidR="00E50E2B" w:rsidRDefault="00000000">
            <w:r>
              <w:t>Pasien membutuhkan pelayanan lanjutan</w:t>
            </w:r>
          </w:p>
        </w:tc>
        <w:tc>
          <w:tcPr>
            <w:tcW w:w="3041" w:type="dxa"/>
            <w:vAlign w:val="center"/>
          </w:tcPr>
          <w:p w14:paraId="0E3D95A4" w14:textId="77777777" w:rsidR="00E50E2B" w:rsidRDefault="00000000">
            <w:r>
              <w:t>Risiko keterlambatan tindak lanjut</w:t>
            </w:r>
          </w:p>
        </w:tc>
        <w:tc>
          <w:tcPr>
            <w:tcW w:w="3041" w:type="dxa"/>
            <w:vAlign w:val="center"/>
          </w:tcPr>
          <w:p w14:paraId="6BA27A42" w14:textId="77777777" w:rsidR="00E50E2B" w:rsidRDefault="00000000">
            <w:r>
              <w:t>Koordinasi internal, pelayanan puskesmas atau rujukan sesuai indikasi</w:t>
            </w:r>
          </w:p>
        </w:tc>
      </w:tr>
    </w:tbl>
    <w:p w14:paraId="5473195F" w14:textId="77777777" w:rsidR="00E50E2B" w:rsidRDefault="00000000">
      <w:pPr>
        <w:pStyle w:val="Heading2"/>
      </w:pPr>
      <w:r>
        <w:t>9.1 Keberlanjutan</w:t>
      </w:r>
    </w:p>
    <w:p w14:paraId="5EA13504" w14:textId="77777777" w:rsidR="00E50E2B" w:rsidRDefault="00000000">
      <w:pPr>
        <w:pStyle w:val="ListBullet"/>
      </w:pPr>
      <w:r>
        <w:t>Mengintegrasikan inovasi ke dalam kegiatan program dan pelayanan primer puskesmas.</w:t>
      </w:r>
    </w:p>
    <w:p w14:paraId="697BBCAF" w14:textId="77777777" w:rsidR="00E50E2B" w:rsidRDefault="00000000">
      <w:pPr>
        <w:pStyle w:val="ListBullet"/>
      </w:pPr>
      <w:r>
        <w:t>Memperkuat kapasitas kader melalui orientasi/pembinaan.</w:t>
      </w:r>
    </w:p>
    <w:p w14:paraId="4B02646F" w14:textId="77777777" w:rsidR="00E50E2B" w:rsidRDefault="00000000">
      <w:pPr>
        <w:pStyle w:val="ListBullet"/>
      </w:pPr>
      <w:r>
        <w:t>Melakukan pemutakhiran data sasaran secara berkala.</w:t>
      </w:r>
    </w:p>
    <w:p w14:paraId="35D3CE84" w14:textId="77777777" w:rsidR="00E50E2B" w:rsidRDefault="00000000">
      <w:pPr>
        <w:pStyle w:val="ListBullet"/>
      </w:pPr>
      <w:r>
        <w:t>Menggunakan hasil monitoring sebagai dasar perbaikan.</w:t>
      </w:r>
    </w:p>
    <w:p w14:paraId="19A66FC7" w14:textId="77777777" w:rsidR="00E50E2B" w:rsidRDefault="00000000">
      <w:pPr>
        <w:pStyle w:val="ListBullet"/>
      </w:pPr>
      <w:r>
        <w:t>Membangun koordinasi dengan pemerintah nagari, keluarga, kader dan jejaring pelayanan.</w:t>
      </w:r>
    </w:p>
    <w:p w14:paraId="211AE642" w14:textId="77777777" w:rsidR="00E50E2B" w:rsidRDefault="00000000">
      <w:pPr>
        <w:pStyle w:val="Heading1"/>
      </w:pPr>
      <w:r>
        <w:t>BAB X – PENUTUP</w:t>
      </w:r>
    </w:p>
    <w:p w14:paraId="200037F6" w14:textId="77777777" w:rsidR="00E50E2B" w:rsidRDefault="00000000">
      <w:pPr>
        <w:spacing w:after="120"/>
      </w:pPr>
      <w:r>
        <w:t>Manual Book Inovasi BERKAKI PALSU merupakan pedoman pelaksanaan pelayanan proaktif bagi lansia dan masyarakat berkebutuhan khusus di wilayah kerja UPT Puskesmas Salido. Pelaksanaan inovasi diharapkan dapat memperkuat akses pelayanan, meningkatkan kesinambungan pemantauan kesehatan, dan mendorong keterlibatan masyarakat melalui kader.</w:t>
      </w:r>
    </w:p>
    <w:p w14:paraId="436FA4DE" w14:textId="77777777" w:rsidR="00E50E2B" w:rsidRDefault="00000000">
      <w:pPr>
        <w:spacing w:after="120"/>
      </w:pPr>
      <w:r>
        <w:lastRenderedPageBreak/>
        <w:t>Dokumen ini menjadi acuan bagi pelaksana dan dapat disempurnakan berdasarkan hasil monitoring dan evaluasi, perubahan kebijakan, serta kebutuhan masyarakat. Seluruh pelaksana berkewajiban melaksanakan inovasi sesuai standar pelayanan, kompetensi, etika, keselamatan pasien, dan ketentuan yang berlaku.</w:t>
      </w:r>
    </w:p>
    <w:p w14:paraId="2D14C3F2" w14:textId="77777777" w:rsidR="00E50E2B" w:rsidRDefault="00000000">
      <w:pPr>
        <w:pStyle w:val="Heading1"/>
      </w:pPr>
      <w:r>
        <w:t>LAMPIRAN</w:t>
      </w:r>
    </w:p>
    <w:p w14:paraId="10ADF8F4" w14:textId="77777777" w:rsidR="00E50E2B" w:rsidRDefault="00000000">
      <w:pPr>
        <w:pStyle w:val="Heading2"/>
      </w:pPr>
      <w:r>
        <w:t>Lampiran 1 – Form Identifikasi Sasaran</w:t>
      </w:r>
    </w:p>
    <w:tbl>
      <w:tblPr>
        <w:tblStyle w:val="TableGrid"/>
        <w:tblW w:w="0" w:type="auto"/>
        <w:jc w:val="center"/>
        <w:tblLook w:val="04A0" w:firstRow="1" w:lastRow="0" w:firstColumn="1" w:lastColumn="0" w:noHBand="0" w:noVBand="1"/>
      </w:tblPr>
      <w:tblGrid>
        <w:gridCol w:w="908"/>
        <w:gridCol w:w="1179"/>
        <w:gridCol w:w="1026"/>
        <w:gridCol w:w="1112"/>
        <w:gridCol w:w="2233"/>
        <w:gridCol w:w="1708"/>
        <w:gridCol w:w="1172"/>
      </w:tblGrid>
      <w:tr w:rsidR="00E50E2B" w14:paraId="44C61163" w14:textId="77777777">
        <w:trPr>
          <w:jc w:val="center"/>
        </w:trPr>
        <w:tc>
          <w:tcPr>
            <w:tcW w:w="1303" w:type="dxa"/>
            <w:vAlign w:val="center"/>
          </w:tcPr>
          <w:p w14:paraId="7D345A8A" w14:textId="77777777" w:rsidR="00E50E2B" w:rsidRDefault="00000000">
            <w:r>
              <w:rPr>
                <w:b/>
              </w:rPr>
              <w:t>No.</w:t>
            </w:r>
          </w:p>
        </w:tc>
        <w:tc>
          <w:tcPr>
            <w:tcW w:w="1303" w:type="dxa"/>
            <w:vAlign w:val="center"/>
          </w:tcPr>
          <w:p w14:paraId="5C825F49" w14:textId="77777777" w:rsidR="00E50E2B" w:rsidRDefault="00000000">
            <w:r>
              <w:rPr>
                <w:b/>
              </w:rPr>
              <w:t>Nama Sasaran</w:t>
            </w:r>
          </w:p>
        </w:tc>
        <w:tc>
          <w:tcPr>
            <w:tcW w:w="1303" w:type="dxa"/>
            <w:vAlign w:val="center"/>
          </w:tcPr>
          <w:p w14:paraId="108E56CE" w14:textId="77777777" w:rsidR="00E50E2B" w:rsidRDefault="00000000">
            <w:r>
              <w:rPr>
                <w:b/>
              </w:rPr>
              <w:t>Umur</w:t>
            </w:r>
          </w:p>
        </w:tc>
        <w:tc>
          <w:tcPr>
            <w:tcW w:w="1303" w:type="dxa"/>
            <w:vAlign w:val="center"/>
          </w:tcPr>
          <w:p w14:paraId="3FA4C3CD" w14:textId="77777777" w:rsidR="00E50E2B" w:rsidRDefault="00000000">
            <w:r>
              <w:rPr>
                <w:b/>
              </w:rPr>
              <w:t>Alamat</w:t>
            </w:r>
          </w:p>
        </w:tc>
        <w:tc>
          <w:tcPr>
            <w:tcW w:w="1303" w:type="dxa"/>
            <w:vAlign w:val="center"/>
          </w:tcPr>
          <w:p w14:paraId="2EF85455" w14:textId="77777777" w:rsidR="00E50E2B" w:rsidRDefault="00000000">
            <w:r>
              <w:rPr>
                <w:b/>
              </w:rPr>
              <w:t>Kondisi/Kebutuhan</w:t>
            </w:r>
          </w:p>
        </w:tc>
        <w:tc>
          <w:tcPr>
            <w:tcW w:w="1303" w:type="dxa"/>
            <w:vAlign w:val="center"/>
          </w:tcPr>
          <w:p w14:paraId="07C817F3" w14:textId="77777777" w:rsidR="00E50E2B" w:rsidRDefault="00000000">
            <w:r>
              <w:rPr>
                <w:b/>
              </w:rPr>
              <w:t>Pelapor/Kader</w:t>
            </w:r>
          </w:p>
        </w:tc>
        <w:tc>
          <w:tcPr>
            <w:tcW w:w="1303" w:type="dxa"/>
            <w:vAlign w:val="center"/>
          </w:tcPr>
          <w:p w14:paraId="224B7B4E" w14:textId="77777777" w:rsidR="00E50E2B" w:rsidRDefault="00000000">
            <w:r>
              <w:rPr>
                <w:b/>
              </w:rPr>
              <w:t>Tanggal</w:t>
            </w:r>
          </w:p>
        </w:tc>
      </w:tr>
      <w:tr w:rsidR="00E50E2B" w14:paraId="54A0B876" w14:textId="77777777">
        <w:trPr>
          <w:jc w:val="center"/>
        </w:trPr>
        <w:tc>
          <w:tcPr>
            <w:tcW w:w="1303" w:type="dxa"/>
            <w:vAlign w:val="center"/>
          </w:tcPr>
          <w:p w14:paraId="7D95E9B0" w14:textId="77777777" w:rsidR="00E50E2B" w:rsidRDefault="00000000">
            <w:r>
              <w:t>1</w:t>
            </w:r>
          </w:p>
        </w:tc>
        <w:tc>
          <w:tcPr>
            <w:tcW w:w="1303" w:type="dxa"/>
            <w:vAlign w:val="center"/>
          </w:tcPr>
          <w:p w14:paraId="7B330643" w14:textId="77777777" w:rsidR="00E50E2B" w:rsidRDefault="00E50E2B"/>
        </w:tc>
        <w:tc>
          <w:tcPr>
            <w:tcW w:w="1303" w:type="dxa"/>
            <w:vAlign w:val="center"/>
          </w:tcPr>
          <w:p w14:paraId="6F8425F5" w14:textId="77777777" w:rsidR="00E50E2B" w:rsidRDefault="00E50E2B"/>
        </w:tc>
        <w:tc>
          <w:tcPr>
            <w:tcW w:w="1303" w:type="dxa"/>
            <w:vAlign w:val="center"/>
          </w:tcPr>
          <w:p w14:paraId="3BB11E51" w14:textId="77777777" w:rsidR="00E50E2B" w:rsidRDefault="00E50E2B"/>
        </w:tc>
        <w:tc>
          <w:tcPr>
            <w:tcW w:w="1303" w:type="dxa"/>
            <w:vAlign w:val="center"/>
          </w:tcPr>
          <w:p w14:paraId="14E4DC13" w14:textId="77777777" w:rsidR="00E50E2B" w:rsidRDefault="00E50E2B"/>
        </w:tc>
        <w:tc>
          <w:tcPr>
            <w:tcW w:w="1303" w:type="dxa"/>
            <w:vAlign w:val="center"/>
          </w:tcPr>
          <w:p w14:paraId="2ADB85CB" w14:textId="77777777" w:rsidR="00E50E2B" w:rsidRDefault="00E50E2B"/>
        </w:tc>
        <w:tc>
          <w:tcPr>
            <w:tcW w:w="1303" w:type="dxa"/>
            <w:vAlign w:val="center"/>
          </w:tcPr>
          <w:p w14:paraId="42A87BC3" w14:textId="77777777" w:rsidR="00E50E2B" w:rsidRDefault="00E50E2B"/>
        </w:tc>
      </w:tr>
      <w:tr w:rsidR="00E50E2B" w14:paraId="7D6AF9B8" w14:textId="77777777">
        <w:trPr>
          <w:jc w:val="center"/>
        </w:trPr>
        <w:tc>
          <w:tcPr>
            <w:tcW w:w="1303" w:type="dxa"/>
            <w:vAlign w:val="center"/>
          </w:tcPr>
          <w:p w14:paraId="34D171CA" w14:textId="77777777" w:rsidR="00E50E2B" w:rsidRDefault="00000000">
            <w:r>
              <w:t>2</w:t>
            </w:r>
          </w:p>
        </w:tc>
        <w:tc>
          <w:tcPr>
            <w:tcW w:w="1303" w:type="dxa"/>
            <w:vAlign w:val="center"/>
          </w:tcPr>
          <w:p w14:paraId="620733F0" w14:textId="77777777" w:rsidR="00E50E2B" w:rsidRDefault="00E50E2B"/>
        </w:tc>
        <w:tc>
          <w:tcPr>
            <w:tcW w:w="1303" w:type="dxa"/>
            <w:vAlign w:val="center"/>
          </w:tcPr>
          <w:p w14:paraId="49606B0F" w14:textId="77777777" w:rsidR="00E50E2B" w:rsidRDefault="00E50E2B"/>
        </w:tc>
        <w:tc>
          <w:tcPr>
            <w:tcW w:w="1303" w:type="dxa"/>
            <w:vAlign w:val="center"/>
          </w:tcPr>
          <w:p w14:paraId="12F7F55E" w14:textId="77777777" w:rsidR="00E50E2B" w:rsidRDefault="00E50E2B"/>
        </w:tc>
        <w:tc>
          <w:tcPr>
            <w:tcW w:w="1303" w:type="dxa"/>
            <w:vAlign w:val="center"/>
          </w:tcPr>
          <w:p w14:paraId="4D8CE599" w14:textId="77777777" w:rsidR="00E50E2B" w:rsidRDefault="00E50E2B"/>
        </w:tc>
        <w:tc>
          <w:tcPr>
            <w:tcW w:w="1303" w:type="dxa"/>
            <w:vAlign w:val="center"/>
          </w:tcPr>
          <w:p w14:paraId="3150FF3E" w14:textId="77777777" w:rsidR="00E50E2B" w:rsidRDefault="00E50E2B"/>
        </w:tc>
        <w:tc>
          <w:tcPr>
            <w:tcW w:w="1303" w:type="dxa"/>
            <w:vAlign w:val="center"/>
          </w:tcPr>
          <w:p w14:paraId="0B5CAD24" w14:textId="77777777" w:rsidR="00E50E2B" w:rsidRDefault="00E50E2B"/>
        </w:tc>
      </w:tr>
      <w:tr w:rsidR="00E50E2B" w14:paraId="1469670D" w14:textId="77777777">
        <w:trPr>
          <w:jc w:val="center"/>
        </w:trPr>
        <w:tc>
          <w:tcPr>
            <w:tcW w:w="1303" w:type="dxa"/>
            <w:vAlign w:val="center"/>
          </w:tcPr>
          <w:p w14:paraId="0BFAF82A" w14:textId="77777777" w:rsidR="00E50E2B" w:rsidRDefault="00000000">
            <w:r>
              <w:t>3</w:t>
            </w:r>
          </w:p>
        </w:tc>
        <w:tc>
          <w:tcPr>
            <w:tcW w:w="1303" w:type="dxa"/>
            <w:vAlign w:val="center"/>
          </w:tcPr>
          <w:p w14:paraId="360F2186" w14:textId="77777777" w:rsidR="00E50E2B" w:rsidRDefault="00E50E2B"/>
        </w:tc>
        <w:tc>
          <w:tcPr>
            <w:tcW w:w="1303" w:type="dxa"/>
            <w:vAlign w:val="center"/>
          </w:tcPr>
          <w:p w14:paraId="7D85E958" w14:textId="77777777" w:rsidR="00E50E2B" w:rsidRDefault="00E50E2B"/>
        </w:tc>
        <w:tc>
          <w:tcPr>
            <w:tcW w:w="1303" w:type="dxa"/>
            <w:vAlign w:val="center"/>
          </w:tcPr>
          <w:p w14:paraId="1555C2BE" w14:textId="77777777" w:rsidR="00E50E2B" w:rsidRDefault="00E50E2B"/>
        </w:tc>
        <w:tc>
          <w:tcPr>
            <w:tcW w:w="1303" w:type="dxa"/>
            <w:vAlign w:val="center"/>
          </w:tcPr>
          <w:p w14:paraId="161CAA8C" w14:textId="77777777" w:rsidR="00E50E2B" w:rsidRDefault="00E50E2B"/>
        </w:tc>
        <w:tc>
          <w:tcPr>
            <w:tcW w:w="1303" w:type="dxa"/>
            <w:vAlign w:val="center"/>
          </w:tcPr>
          <w:p w14:paraId="64C78730" w14:textId="77777777" w:rsidR="00E50E2B" w:rsidRDefault="00E50E2B"/>
        </w:tc>
        <w:tc>
          <w:tcPr>
            <w:tcW w:w="1303" w:type="dxa"/>
            <w:vAlign w:val="center"/>
          </w:tcPr>
          <w:p w14:paraId="559A1D78" w14:textId="77777777" w:rsidR="00E50E2B" w:rsidRDefault="00E50E2B"/>
        </w:tc>
      </w:tr>
    </w:tbl>
    <w:p w14:paraId="2AA32B20" w14:textId="77777777" w:rsidR="00E50E2B" w:rsidRDefault="00000000">
      <w:pPr>
        <w:pStyle w:val="Heading2"/>
      </w:pPr>
      <w:r>
        <w:t>Lampiran 2 – Form Kunjungan Rumah</w:t>
      </w:r>
    </w:p>
    <w:tbl>
      <w:tblPr>
        <w:tblStyle w:val="TableGrid"/>
        <w:tblW w:w="0" w:type="auto"/>
        <w:jc w:val="center"/>
        <w:tblLook w:val="04A0" w:firstRow="1" w:lastRow="0" w:firstColumn="1" w:lastColumn="0" w:noHBand="0" w:noVBand="1"/>
      </w:tblPr>
      <w:tblGrid>
        <w:gridCol w:w="4561"/>
        <w:gridCol w:w="4561"/>
      </w:tblGrid>
      <w:tr w:rsidR="00E50E2B" w14:paraId="16F9CFC2" w14:textId="77777777">
        <w:trPr>
          <w:jc w:val="center"/>
        </w:trPr>
        <w:tc>
          <w:tcPr>
            <w:tcW w:w="4561" w:type="dxa"/>
            <w:vAlign w:val="center"/>
          </w:tcPr>
          <w:p w14:paraId="50BA3674" w14:textId="77777777" w:rsidR="00E50E2B" w:rsidRDefault="00000000">
            <w:r>
              <w:rPr>
                <w:b/>
              </w:rPr>
              <w:t>Komponen</w:t>
            </w:r>
          </w:p>
        </w:tc>
        <w:tc>
          <w:tcPr>
            <w:tcW w:w="4561" w:type="dxa"/>
            <w:vAlign w:val="center"/>
          </w:tcPr>
          <w:p w14:paraId="12C7D317" w14:textId="77777777" w:rsidR="00E50E2B" w:rsidRDefault="00000000">
            <w:r>
              <w:rPr>
                <w:b/>
              </w:rPr>
              <w:t>Isian</w:t>
            </w:r>
          </w:p>
        </w:tc>
      </w:tr>
      <w:tr w:rsidR="00E50E2B" w14:paraId="4143DBAB" w14:textId="77777777">
        <w:trPr>
          <w:jc w:val="center"/>
        </w:trPr>
        <w:tc>
          <w:tcPr>
            <w:tcW w:w="4561" w:type="dxa"/>
            <w:vAlign w:val="center"/>
          </w:tcPr>
          <w:p w14:paraId="08A3F403" w14:textId="77777777" w:rsidR="00E50E2B" w:rsidRDefault="00000000">
            <w:r>
              <w:t>Nama pasien</w:t>
            </w:r>
          </w:p>
        </w:tc>
        <w:tc>
          <w:tcPr>
            <w:tcW w:w="4561" w:type="dxa"/>
            <w:vAlign w:val="center"/>
          </w:tcPr>
          <w:p w14:paraId="14D4C2DA" w14:textId="77777777" w:rsidR="00E50E2B" w:rsidRDefault="00E50E2B"/>
        </w:tc>
      </w:tr>
      <w:tr w:rsidR="00E50E2B" w14:paraId="47775F12" w14:textId="77777777">
        <w:trPr>
          <w:jc w:val="center"/>
        </w:trPr>
        <w:tc>
          <w:tcPr>
            <w:tcW w:w="4561" w:type="dxa"/>
            <w:vAlign w:val="center"/>
          </w:tcPr>
          <w:p w14:paraId="634F0AFB" w14:textId="77777777" w:rsidR="00E50E2B" w:rsidRDefault="00000000">
            <w:r>
              <w:t>Umur</w:t>
            </w:r>
          </w:p>
        </w:tc>
        <w:tc>
          <w:tcPr>
            <w:tcW w:w="4561" w:type="dxa"/>
            <w:vAlign w:val="center"/>
          </w:tcPr>
          <w:p w14:paraId="6A65338C" w14:textId="77777777" w:rsidR="00E50E2B" w:rsidRDefault="00E50E2B"/>
        </w:tc>
      </w:tr>
      <w:tr w:rsidR="00E50E2B" w14:paraId="0818F739" w14:textId="77777777">
        <w:trPr>
          <w:jc w:val="center"/>
        </w:trPr>
        <w:tc>
          <w:tcPr>
            <w:tcW w:w="4561" w:type="dxa"/>
            <w:vAlign w:val="center"/>
          </w:tcPr>
          <w:p w14:paraId="49870DE1" w14:textId="77777777" w:rsidR="00E50E2B" w:rsidRDefault="00000000">
            <w:r>
              <w:t>Alamat</w:t>
            </w:r>
          </w:p>
        </w:tc>
        <w:tc>
          <w:tcPr>
            <w:tcW w:w="4561" w:type="dxa"/>
            <w:vAlign w:val="center"/>
          </w:tcPr>
          <w:p w14:paraId="5D2C507F" w14:textId="77777777" w:rsidR="00E50E2B" w:rsidRDefault="00E50E2B"/>
        </w:tc>
      </w:tr>
      <w:tr w:rsidR="00E50E2B" w14:paraId="0BA133AE" w14:textId="77777777">
        <w:trPr>
          <w:jc w:val="center"/>
        </w:trPr>
        <w:tc>
          <w:tcPr>
            <w:tcW w:w="4561" w:type="dxa"/>
            <w:vAlign w:val="center"/>
          </w:tcPr>
          <w:p w14:paraId="40D10C71" w14:textId="77777777" w:rsidR="00E50E2B" w:rsidRDefault="00000000">
            <w:r>
              <w:t>Tanggal kunjungan</w:t>
            </w:r>
          </w:p>
        </w:tc>
        <w:tc>
          <w:tcPr>
            <w:tcW w:w="4561" w:type="dxa"/>
            <w:vAlign w:val="center"/>
          </w:tcPr>
          <w:p w14:paraId="2ED71083" w14:textId="77777777" w:rsidR="00E50E2B" w:rsidRDefault="00E50E2B"/>
        </w:tc>
      </w:tr>
      <w:tr w:rsidR="00E50E2B" w14:paraId="516C5479" w14:textId="77777777">
        <w:trPr>
          <w:jc w:val="center"/>
        </w:trPr>
        <w:tc>
          <w:tcPr>
            <w:tcW w:w="4561" w:type="dxa"/>
            <w:vAlign w:val="center"/>
          </w:tcPr>
          <w:p w14:paraId="424855A1" w14:textId="77777777" w:rsidR="00E50E2B" w:rsidRDefault="00000000">
            <w:r>
              <w:t>Petugas</w:t>
            </w:r>
          </w:p>
        </w:tc>
        <w:tc>
          <w:tcPr>
            <w:tcW w:w="4561" w:type="dxa"/>
            <w:vAlign w:val="center"/>
          </w:tcPr>
          <w:p w14:paraId="6C09DCE6" w14:textId="77777777" w:rsidR="00E50E2B" w:rsidRDefault="00E50E2B"/>
        </w:tc>
      </w:tr>
      <w:tr w:rsidR="00E50E2B" w14:paraId="39973EEB" w14:textId="77777777">
        <w:trPr>
          <w:jc w:val="center"/>
        </w:trPr>
        <w:tc>
          <w:tcPr>
            <w:tcW w:w="4561" w:type="dxa"/>
            <w:vAlign w:val="center"/>
          </w:tcPr>
          <w:p w14:paraId="43F1759B" w14:textId="77777777" w:rsidR="00E50E2B" w:rsidRDefault="00000000">
            <w:r>
              <w:t>Keluhan/kondisi</w:t>
            </w:r>
          </w:p>
        </w:tc>
        <w:tc>
          <w:tcPr>
            <w:tcW w:w="4561" w:type="dxa"/>
            <w:vAlign w:val="center"/>
          </w:tcPr>
          <w:p w14:paraId="2139985F" w14:textId="77777777" w:rsidR="00E50E2B" w:rsidRDefault="00E50E2B"/>
        </w:tc>
      </w:tr>
      <w:tr w:rsidR="00E50E2B" w14:paraId="501D89AA" w14:textId="77777777">
        <w:trPr>
          <w:jc w:val="center"/>
        </w:trPr>
        <w:tc>
          <w:tcPr>
            <w:tcW w:w="4561" w:type="dxa"/>
            <w:vAlign w:val="center"/>
          </w:tcPr>
          <w:p w14:paraId="7A557F01" w14:textId="77777777" w:rsidR="00E50E2B" w:rsidRDefault="00000000">
            <w:r>
              <w:t>Hasil pengkajian</w:t>
            </w:r>
          </w:p>
        </w:tc>
        <w:tc>
          <w:tcPr>
            <w:tcW w:w="4561" w:type="dxa"/>
            <w:vAlign w:val="center"/>
          </w:tcPr>
          <w:p w14:paraId="3CF64E10" w14:textId="77777777" w:rsidR="00E50E2B" w:rsidRDefault="00E50E2B"/>
        </w:tc>
      </w:tr>
      <w:tr w:rsidR="00E50E2B" w14:paraId="209E7F6C" w14:textId="77777777">
        <w:trPr>
          <w:jc w:val="center"/>
        </w:trPr>
        <w:tc>
          <w:tcPr>
            <w:tcW w:w="4561" w:type="dxa"/>
            <w:vAlign w:val="center"/>
          </w:tcPr>
          <w:p w14:paraId="18370E09" w14:textId="77777777" w:rsidR="00E50E2B" w:rsidRDefault="00000000">
            <w:r>
              <w:t>Edukasi</w:t>
            </w:r>
          </w:p>
        </w:tc>
        <w:tc>
          <w:tcPr>
            <w:tcW w:w="4561" w:type="dxa"/>
            <w:vAlign w:val="center"/>
          </w:tcPr>
          <w:p w14:paraId="1322297E" w14:textId="77777777" w:rsidR="00E50E2B" w:rsidRDefault="00E50E2B"/>
        </w:tc>
      </w:tr>
      <w:tr w:rsidR="00E50E2B" w14:paraId="6F193CFD" w14:textId="77777777">
        <w:trPr>
          <w:jc w:val="center"/>
        </w:trPr>
        <w:tc>
          <w:tcPr>
            <w:tcW w:w="4561" w:type="dxa"/>
            <w:vAlign w:val="center"/>
          </w:tcPr>
          <w:p w14:paraId="7B8B11FF" w14:textId="77777777" w:rsidR="00E50E2B" w:rsidRDefault="00000000">
            <w:r>
              <w:t>Tindak lanjut</w:t>
            </w:r>
          </w:p>
        </w:tc>
        <w:tc>
          <w:tcPr>
            <w:tcW w:w="4561" w:type="dxa"/>
            <w:vAlign w:val="center"/>
          </w:tcPr>
          <w:p w14:paraId="213E5395" w14:textId="77777777" w:rsidR="00E50E2B" w:rsidRDefault="00E50E2B"/>
        </w:tc>
      </w:tr>
      <w:tr w:rsidR="00E50E2B" w14:paraId="5517234D" w14:textId="77777777">
        <w:trPr>
          <w:jc w:val="center"/>
        </w:trPr>
        <w:tc>
          <w:tcPr>
            <w:tcW w:w="4561" w:type="dxa"/>
            <w:vAlign w:val="center"/>
          </w:tcPr>
          <w:p w14:paraId="3645A927" w14:textId="77777777" w:rsidR="00E50E2B" w:rsidRDefault="00000000">
            <w:r>
              <w:t>Rujukan (bila ada)</w:t>
            </w:r>
          </w:p>
        </w:tc>
        <w:tc>
          <w:tcPr>
            <w:tcW w:w="4561" w:type="dxa"/>
            <w:vAlign w:val="center"/>
          </w:tcPr>
          <w:p w14:paraId="2976FEBB" w14:textId="77777777" w:rsidR="00E50E2B" w:rsidRDefault="00E50E2B"/>
        </w:tc>
      </w:tr>
      <w:tr w:rsidR="00E50E2B" w14:paraId="127F51C7" w14:textId="77777777">
        <w:trPr>
          <w:jc w:val="center"/>
        </w:trPr>
        <w:tc>
          <w:tcPr>
            <w:tcW w:w="4561" w:type="dxa"/>
            <w:vAlign w:val="center"/>
          </w:tcPr>
          <w:p w14:paraId="73B212DE" w14:textId="77777777" w:rsidR="00E50E2B" w:rsidRDefault="00000000">
            <w:r>
              <w:t>Catatan</w:t>
            </w:r>
          </w:p>
        </w:tc>
        <w:tc>
          <w:tcPr>
            <w:tcW w:w="4561" w:type="dxa"/>
            <w:vAlign w:val="center"/>
          </w:tcPr>
          <w:p w14:paraId="118ABCF2" w14:textId="77777777" w:rsidR="00E50E2B" w:rsidRDefault="00E50E2B"/>
        </w:tc>
      </w:tr>
    </w:tbl>
    <w:p w14:paraId="39710C2C" w14:textId="77777777" w:rsidR="00E50E2B" w:rsidRDefault="00000000">
      <w:pPr>
        <w:pStyle w:val="Heading2"/>
      </w:pPr>
      <w:r>
        <w:t>Lampiran 3 – Checklist Dokumentasi</w:t>
      </w:r>
    </w:p>
    <w:p w14:paraId="40ECB566" w14:textId="77777777" w:rsidR="00E50E2B" w:rsidRDefault="00000000">
      <w:pPr>
        <w:pStyle w:val="ListBullet"/>
      </w:pPr>
      <w:r>
        <w:t>Data sasaran tersedia.</w:t>
      </w:r>
    </w:p>
    <w:p w14:paraId="53F7D37C" w14:textId="77777777" w:rsidR="00E50E2B" w:rsidRDefault="00000000">
      <w:pPr>
        <w:pStyle w:val="ListBullet"/>
      </w:pPr>
      <w:r>
        <w:t>Form kunjungan terisi.</w:t>
      </w:r>
    </w:p>
    <w:p w14:paraId="6579162F" w14:textId="77777777" w:rsidR="00E50E2B" w:rsidRDefault="00000000">
      <w:pPr>
        <w:pStyle w:val="ListBullet"/>
      </w:pPr>
      <w:r>
        <w:t>Hasil pelayanan tercatat.</w:t>
      </w:r>
    </w:p>
    <w:p w14:paraId="7154F69E" w14:textId="77777777" w:rsidR="00E50E2B" w:rsidRDefault="00000000">
      <w:pPr>
        <w:pStyle w:val="ListBullet"/>
      </w:pPr>
      <w:r>
        <w:t>Edukasi tercatat.</w:t>
      </w:r>
    </w:p>
    <w:p w14:paraId="6385FAAA" w14:textId="77777777" w:rsidR="00E50E2B" w:rsidRDefault="00000000">
      <w:pPr>
        <w:pStyle w:val="ListBullet"/>
      </w:pPr>
      <w:r>
        <w:t>Tindak lanjut tercatat.</w:t>
      </w:r>
    </w:p>
    <w:p w14:paraId="25EE41EC" w14:textId="77777777" w:rsidR="00E50E2B" w:rsidRDefault="00000000">
      <w:pPr>
        <w:pStyle w:val="ListBullet"/>
      </w:pPr>
      <w:r>
        <w:t>Dokumentasi kegiatan tersedia sesuai ketentuan dan persetujuan.</w:t>
      </w:r>
    </w:p>
    <w:p w14:paraId="4063BF5E" w14:textId="77777777" w:rsidR="00E50E2B" w:rsidRDefault="00000000">
      <w:pPr>
        <w:pStyle w:val="ListBullet"/>
      </w:pPr>
      <w:r>
        <w:t>Rekap bulanan diperbarui.</w:t>
      </w:r>
    </w:p>
    <w:p w14:paraId="4DB161AC" w14:textId="77777777" w:rsidR="00E50E2B" w:rsidRDefault="00000000">
      <w:pPr>
        <w:pStyle w:val="Heading2"/>
      </w:pPr>
      <w:r>
        <w:t>Lampiran 4 – Format Rekap Monitoring Bulanan</w:t>
      </w:r>
    </w:p>
    <w:tbl>
      <w:tblPr>
        <w:tblStyle w:val="TableGrid"/>
        <w:tblW w:w="0" w:type="auto"/>
        <w:jc w:val="center"/>
        <w:tblLook w:val="04A0" w:firstRow="1" w:lastRow="0" w:firstColumn="1" w:lastColumn="0" w:noHBand="0" w:noVBand="1"/>
      </w:tblPr>
      <w:tblGrid>
        <w:gridCol w:w="596"/>
        <w:gridCol w:w="842"/>
        <w:gridCol w:w="1586"/>
        <w:gridCol w:w="1513"/>
        <w:gridCol w:w="1353"/>
        <w:gridCol w:w="935"/>
        <w:gridCol w:w="1086"/>
        <w:gridCol w:w="1427"/>
      </w:tblGrid>
      <w:tr w:rsidR="00E50E2B" w14:paraId="7EE19F76" w14:textId="77777777">
        <w:trPr>
          <w:jc w:val="center"/>
        </w:trPr>
        <w:tc>
          <w:tcPr>
            <w:tcW w:w="1140" w:type="dxa"/>
            <w:vAlign w:val="center"/>
          </w:tcPr>
          <w:p w14:paraId="28FCEC3C" w14:textId="77777777" w:rsidR="00E50E2B" w:rsidRDefault="00000000">
            <w:r>
              <w:rPr>
                <w:b/>
              </w:rPr>
              <w:t>No.</w:t>
            </w:r>
          </w:p>
        </w:tc>
        <w:tc>
          <w:tcPr>
            <w:tcW w:w="1140" w:type="dxa"/>
            <w:vAlign w:val="center"/>
          </w:tcPr>
          <w:p w14:paraId="09FF9118" w14:textId="77777777" w:rsidR="00E50E2B" w:rsidRDefault="00000000">
            <w:r>
              <w:rPr>
                <w:b/>
              </w:rPr>
              <w:t>Bulan</w:t>
            </w:r>
          </w:p>
        </w:tc>
        <w:tc>
          <w:tcPr>
            <w:tcW w:w="1140" w:type="dxa"/>
            <w:vAlign w:val="center"/>
          </w:tcPr>
          <w:p w14:paraId="2C6DEA49" w14:textId="77777777" w:rsidR="00E50E2B" w:rsidRDefault="00000000">
            <w:r>
              <w:rPr>
                <w:b/>
              </w:rPr>
              <w:t>Sasaran Diidentifikasi</w:t>
            </w:r>
          </w:p>
        </w:tc>
        <w:tc>
          <w:tcPr>
            <w:tcW w:w="1140" w:type="dxa"/>
            <w:vAlign w:val="center"/>
          </w:tcPr>
          <w:p w14:paraId="0FC1BE93" w14:textId="77777777" w:rsidR="00E50E2B" w:rsidRDefault="00000000">
            <w:r>
              <w:rPr>
                <w:b/>
              </w:rPr>
              <w:t>Terverifikasi</w:t>
            </w:r>
          </w:p>
        </w:tc>
        <w:tc>
          <w:tcPr>
            <w:tcW w:w="1140" w:type="dxa"/>
            <w:vAlign w:val="center"/>
          </w:tcPr>
          <w:p w14:paraId="16B8CEE4" w14:textId="77777777" w:rsidR="00E50E2B" w:rsidRDefault="00000000">
            <w:r>
              <w:rPr>
                <w:b/>
              </w:rPr>
              <w:t>Dikunjungi</w:t>
            </w:r>
          </w:p>
        </w:tc>
        <w:tc>
          <w:tcPr>
            <w:tcW w:w="1140" w:type="dxa"/>
            <w:vAlign w:val="center"/>
          </w:tcPr>
          <w:p w14:paraId="4AE5D13A" w14:textId="77777777" w:rsidR="00E50E2B" w:rsidRDefault="00000000">
            <w:r>
              <w:rPr>
                <w:b/>
              </w:rPr>
              <w:t>Tindak Lanjut</w:t>
            </w:r>
          </w:p>
        </w:tc>
        <w:tc>
          <w:tcPr>
            <w:tcW w:w="1140" w:type="dxa"/>
            <w:vAlign w:val="center"/>
          </w:tcPr>
          <w:p w14:paraId="6D987416" w14:textId="77777777" w:rsidR="00E50E2B" w:rsidRDefault="00000000">
            <w:r>
              <w:rPr>
                <w:b/>
              </w:rPr>
              <w:t>Rujukan</w:t>
            </w:r>
          </w:p>
        </w:tc>
        <w:tc>
          <w:tcPr>
            <w:tcW w:w="1140" w:type="dxa"/>
            <w:vAlign w:val="center"/>
          </w:tcPr>
          <w:p w14:paraId="0CAA5DEA" w14:textId="77777777" w:rsidR="00E50E2B" w:rsidRDefault="00000000">
            <w:r>
              <w:rPr>
                <w:b/>
              </w:rPr>
              <w:t>Keterangan</w:t>
            </w:r>
          </w:p>
        </w:tc>
      </w:tr>
      <w:tr w:rsidR="00E50E2B" w14:paraId="0FC5162C" w14:textId="77777777">
        <w:trPr>
          <w:jc w:val="center"/>
        </w:trPr>
        <w:tc>
          <w:tcPr>
            <w:tcW w:w="1140" w:type="dxa"/>
            <w:vAlign w:val="center"/>
          </w:tcPr>
          <w:p w14:paraId="30AF80AF" w14:textId="77777777" w:rsidR="00E50E2B" w:rsidRDefault="00000000">
            <w:r>
              <w:t>1</w:t>
            </w:r>
          </w:p>
        </w:tc>
        <w:tc>
          <w:tcPr>
            <w:tcW w:w="1140" w:type="dxa"/>
            <w:vAlign w:val="center"/>
          </w:tcPr>
          <w:p w14:paraId="57E87524" w14:textId="77777777" w:rsidR="00E50E2B" w:rsidRDefault="00E50E2B"/>
        </w:tc>
        <w:tc>
          <w:tcPr>
            <w:tcW w:w="1140" w:type="dxa"/>
            <w:vAlign w:val="center"/>
          </w:tcPr>
          <w:p w14:paraId="0BE2CF6E" w14:textId="77777777" w:rsidR="00E50E2B" w:rsidRDefault="00E50E2B"/>
        </w:tc>
        <w:tc>
          <w:tcPr>
            <w:tcW w:w="1140" w:type="dxa"/>
            <w:vAlign w:val="center"/>
          </w:tcPr>
          <w:p w14:paraId="173C7146" w14:textId="77777777" w:rsidR="00E50E2B" w:rsidRDefault="00E50E2B"/>
        </w:tc>
        <w:tc>
          <w:tcPr>
            <w:tcW w:w="1140" w:type="dxa"/>
            <w:vAlign w:val="center"/>
          </w:tcPr>
          <w:p w14:paraId="04D25AC2" w14:textId="77777777" w:rsidR="00E50E2B" w:rsidRDefault="00E50E2B"/>
        </w:tc>
        <w:tc>
          <w:tcPr>
            <w:tcW w:w="1140" w:type="dxa"/>
            <w:vAlign w:val="center"/>
          </w:tcPr>
          <w:p w14:paraId="14F06D2A" w14:textId="77777777" w:rsidR="00E50E2B" w:rsidRDefault="00E50E2B"/>
        </w:tc>
        <w:tc>
          <w:tcPr>
            <w:tcW w:w="1140" w:type="dxa"/>
            <w:vAlign w:val="center"/>
          </w:tcPr>
          <w:p w14:paraId="6698AFEF" w14:textId="77777777" w:rsidR="00E50E2B" w:rsidRDefault="00E50E2B"/>
        </w:tc>
        <w:tc>
          <w:tcPr>
            <w:tcW w:w="1140" w:type="dxa"/>
            <w:vAlign w:val="center"/>
          </w:tcPr>
          <w:p w14:paraId="0AA24F33" w14:textId="77777777" w:rsidR="00E50E2B" w:rsidRDefault="00E50E2B"/>
        </w:tc>
      </w:tr>
      <w:tr w:rsidR="00E50E2B" w14:paraId="31992EDF" w14:textId="77777777">
        <w:trPr>
          <w:jc w:val="center"/>
        </w:trPr>
        <w:tc>
          <w:tcPr>
            <w:tcW w:w="1140" w:type="dxa"/>
            <w:vAlign w:val="center"/>
          </w:tcPr>
          <w:p w14:paraId="16F043C5" w14:textId="77777777" w:rsidR="00E50E2B" w:rsidRDefault="00000000">
            <w:r>
              <w:t>2</w:t>
            </w:r>
          </w:p>
        </w:tc>
        <w:tc>
          <w:tcPr>
            <w:tcW w:w="1140" w:type="dxa"/>
            <w:vAlign w:val="center"/>
          </w:tcPr>
          <w:p w14:paraId="1A648F5F" w14:textId="77777777" w:rsidR="00E50E2B" w:rsidRDefault="00E50E2B"/>
        </w:tc>
        <w:tc>
          <w:tcPr>
            <w:tcW w:w="1140" w:type="dxa"/>
            <w:vAlign w:val="center"/>
          </w:tcPr>
          <w:p w14:paraId="1EDCE8D6" w14:textId="77777777" w:rsidR="00E50E2B" w:rsidRDefault="00E50E2B"/>
        </w:tc>
        <w:tc>
          <w:tcPr>
            <w:tcW w:w="1140" w:type="dxa"/>
            <w:vAlign w:val="center"/>
          </w:tcPr>
          <w:p w14:paraId="1BDD0B7F" w14:textId="77777777" w:rsidR="00E50E2B" w:rsidRDefault="00E50E2B"/>
        </w:tc>
        <w:tc>
          <w:tcPr>
            <w:tcW w:w="1140" w:type="dxa"/>
            <w:vAlign w:val="center"/>
          </w:tcPr>
          <w:p w14:paraId="0A0ED1FE" w14:textId="77777777" w:rsidR="00E50E2B" w:rsidRDefault="00E50E2B"/>
        </w:tc>
        <w:tc>
          <w:tcPr>
            <w:tcW w:w="1140" w:type="dxa"/>
            <w:vAlign w:val="center"/>
          </w:tcPr>
          <w:p w14:paraId="759AC25B" w14:textId="77777777" w:rsidR="00E50E2B" w:rsidRDefault="00E50E2B"/>
        </w:tc>
        <w:tc>
          <w:tcPr>
            <w:tcW w:w="1140" w:type="dxa"/>
            <w:vAlign w:val="center"/>
          </w:tcPr>
          <w:p w14:paraId="4D1F0908" w14:textId="77777777" w:rsidR="00E50E2B" w:rsidRDefault="00E50E2B"/>
        </w:tc>
        <w:tc>
          <w:tcPr>
            <w:tcW w:w="1140" w:type="dxa"/>
            <w:vAlign w:val="center"/>
          </w:tcPr>
          <w:p w14:paraId="3AAA4801" w14:textId="77777777" w:rsidR="00E50E2B" w:rsidRDefault="00E50E2B"/>
        </w:tc>
      </w:tr>
      <w:tr w:rsidR="00E50E2B" w14:paraId="1EF8C029" w14:textId="77777777">
        <w:trPr>
          <w:jc w:val="center"/>
        </w:trPr>
        <w:tc>
          <w:tcPr>
            <w:tcW w:w="1140" w:type="dxa"/>
            <w:vAlign w:val="center"/>
          </w:tcPr>
          <w:p w14:paraId="5CA7F90D" w14:textId="77777777" w:rsidR="00E50E2B" w:rsidRDefault="00000000">
            <w:r>
              <w:t>3</w:t>
            </w:r>
          </w:p>
        </w:tc>
        <w:tc>
          <w:tcPr>
            <w:tcW w:w="1140" w:type="dxa"/>
            <w:vAlign w:val="center"/>
          </w:tcPr>
          <w:p w14:paraId="330A51F9" w14:textId="77777777" w:rsidR="00E50E2B" w:rsidRDefault="00E50E2B"/>
        </w:tc>
        <w:tc>
          <w:tcPr>
            <w:tcW w:w="1140" w:type="dxa"/>
            <w:vAlign w:val="center"/>
          </w:tcPr>
          <w:p w14:paraId="2DF786AA" w14:textId="77777777" w:rsidR="00E50E2B" w:rsidRDefault="00E50E2B"/>
        </w:tc>
        <w:tc>
          <w:tcPr>
            <w:tcW w:w="1140" w:type="dxa"/>
            <w:vAlign w:val="center"/>
          </w:tcPr>
          <w:p w14:paraId="0BF5ECFF" w14:textId="77777777" w:rsidR="00E50E2B" w:rsidRDefault="00E50E2B"/>
        </w:tc>
        <w:tc>
          <w:tcPr>
            <w:tcW w:w="1140" w:type="dxa"/>
            <w:vAlign w:val="center"/>
          </w:tcPr>
          <w:p w14:paraId="74919FD1" w14:textId="77777777" w:rsidR="00E50E2B" w:rsidRDefault="00E50E2B"/>
        </w:tc>
        <w:tc>
          <w:tcPr>
            <w:tcW w:w="1140" w:type="dxa"/>
            <w:vAlign w:val="center"/>
          </w:tcPr>
          <w:p w14:paraId="11AD0313" w14:textId="77777777" w:rsidR="00E50E2B" w:rsidRDefault="00E50E2B"/>
        </w:tc>
        <w:tc>
          <w:tcPr>
            <w:tcW w:w="1140" w:type="dxa"/>
            <w:vAlign w:val="center"/>
          </w:tcPr>
          <w:p w14:paraId="355BA3FA" w14:textId="77777777" w:rsidR="00E50E2B" w:rsidRDefault="00E50E2B"/>
        </w:tc>
        <w:tc>
          <w:tcPr>
            <w:tcW w:w="1140" w:type="dxa"/>
            <w:vAlign w:val="center"/>
          </w:tcPr>
          <w:p w14:paraId="17AE90E1" w14:textId="77777777" w:rsidR="00E50E2B" w:rsidRDefault="00E50E2B"/>
        </w:tc>
      </w:tr>
      <w:tr w:rsidR="00E50E2B" w14:paraId="06725AF7" w14:textId="77777777">
        <w:trPr>
          <w:jc w:val="center"/>
        </w:trPr>
        <w:tc>
          <w:tcPr>
            <w:tcW w:w="1140" w:type="dxa"/>
            <w:vAlign w:val="center"/>
          </w:tcPr>
          <w:p w14:paraId="47F0B61E" w14:textId="77777777" w:rsidR="00E50E2B" w:rsidRDefault="00000000">
            <w:r>
              <w:t>4</w:t>
            </w:r>
          </w:p>
        </w:tc>
        <w:tc>
          <w:tcPr>
            <w:tcW w:w="1140" w:type="dxa"/>
            <w:vAlign w:val="center"/>
          </w:tcPr>
          <w:p w14:paraId="788772D7" w14:textId="77777777" w:rsidR="00E50E2B" w:rsidRDefault="00E50E2B"/>
        </w:tc>
        <w:tc>
          <w:tcPr>
            <w:tcW w:w="1140" w:type="dxa"/>
            <w:vAlign w:val="center"/>
          </w:tcPr>
          <w:p w14:paraId="7F4D890E" w14:textId="77777777" w:rsidR="00E50E2B" w:rsidRDefault="00E50E2B"/>
        </w:tc>
        <w:tc>
          <w:tcPr>
            <w:tcW w:w="1140" w:type="dxa"/>
            <w:vAlign w:val="center"/>
          </w:tcPr>
          <w:p w14:paraId="5C8FCE1A" w14:textId="77777777" w:rsidR="00E50E2B" w:rsidRDefault="00E50E2B"/>
        </w:tc>
        <w:tc>
          <w:tcPr>
            <w:tcW w:w="1140" w:type="dxa"/>
            <w:vAlign w:val="center"/>
          </w:tcPr>
          <w:p w14:paraId="13E2AA91" w14:textId="77777777" w:rsidR="00E50E2B" w:rsidRDefault="00E50E2B"/>
        </w:tc>
        <w:tc>
          <w:tcPr>
            <w:tcW w:w="1140" w:type="dxa"/>
            <w:vAlign w:val="center"/>
          </w:tcPr>
          <w:p w14:paraId="79B63E76" w14:textId="77777777" w:rsidR="00E50E2B" w:rsidRDefault="00E50E2B"/>
        </w:tc>
        <w:tc>
          <w:tcPr>
            <w:tcW w:w="1140" w:type="dxa"/>
            <w:vAlign w:val="center"/>
          </w:tcPr>
          <w:p w14:paraId="5F872123" w14:textId="77777777" w:rsidR="00E50E2B" w:rsidRDefault="00E50E2B"/>
        </w:tc>
        <w:tc>
          <w:tcPr>
            <w:tcW w:w="1140" w:type="dxa"/>
            <w:vAlign w:val="center"/>
          </w:tcPr>
          <w:p w14:paraId="5E0F27AF" w14:textId="77777777" w:rsidR="00E50E2B" w:rsidRDefault="00E50E2B"/>
        </w:tc>
      </w:tr>
    </w:tbl>
    <w:p w14:paraId="6C1868E7" w14:textId="77777777" w:rsidR="00E50E2B" w:rsidRDefault="00000000">
      <w:pPr>
        <w:pStyle w:val="Heading2"/>
      </w:pPr>
      <w:r>
        <w:lastRenderedPageBreak/>
        <w:t>Lampiran 5 – Dokumentasi Kegiatan</w:t>
      </w:r>
    </w:p>
    <w:p w14:paraId="7F7D6871" w14:textId="77777777" w:rsidR="00E50E2B" w:rsidRDefault="00000000">
      <w:pPr>
        <w:spacing w:after="120"/>
      </w:pPr>
      <w:r>
        <w:t>Tempatkan foto kegiatan kunjungan rumah, koordinasi kader, edukasi pasien/keluarga, dan kegiatan monitoring pada bagian ini. Setiap dokumentasi harus memperhatikan persetujuan dan kerahasiaan pasien.</w:t>
      </w:r>
    </w:p>
    <w:sectPr w:rsidR="00E50E2B" w:rsidSect="00034616">
      <w:footerReference w:type="default" r:id="rId9"/>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6B1F9" w14:textId="77777777" w:rsidR="00F35790" w:rsidRDefault="00F35790">
      <w:pPr>
        <w:spacing w:after="0" w:line="240" w:lineRule="auto"/>
      </w:pPr>
      <w:r>
        <w:separator/>
      </w:r>
    </w:p>
  </w:endnote>
  <w:endnote w:type="continuationSeparator" w:id="0">
    <w:p w14:paraId="4F20B3A5" w14:textId="77777777" w:rsidR="00F35790" w:rsidRDefault="00F35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E07E" w14:textId="77777777" w:rsidR="00E50E2B" w:rsidRDefault="00000000">
    <w:pPr>
      <w:pStyle w:val="Footer"/>
      <w:jc w:val="center"/>
    </w:pPr>
    <w:r>
      <w:t xml:space="preserve">Manual Book </w:t>
    </w:r>
    <w:proofErr w:type="spellStart"/>
    <w:r>
      <w:t>Inovasi</w:t>
    </w:r>
    <w:proofErr w:type="spellEnd"/>
    <w:r>
      <w:t xml:space="preserve"> BERKAKI PALSU – UPT </w:t>
    </w:r>
    <w:proofErr w:type="spellStart"/>
    <w:r>
      <w:t>Puskesmas</w:t>
    </w:r>
    <w:proofErr w:type="spellEnd"/>
    <w:r>
      <w:t xml:space="preserve"> Salido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3B84" w14:textId="77777777" w:rsidR="00F35790" w:rsidRDefault="00F35790">
      <w:pPr>
        <w:spacing w:after="0" w:line="240" w:lineRule="auto"/>
      </w:pPr>
      <w:r>
        <w:separator/>
      </w:r>
    </w:p>
  </w:footnote>
  <w:footnote w:type="continuationSeparator" w:id="0">
    <w:p w14:paraId="1A274FF0" w14:textId="77777777" w:rsidR="00F35790" w:rsidRDefault="00F35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0812046">
    <w:abstractNumId w:val="8"/>
  </w:num>
  <w:num w:numId="2" w16cid:durableId="477501051">
    <w:abstractNumId w:val="6"/>
  </w:num>
  <w:num w:numId="3" w16cid:durableId="1622757848">
    <w:abstractNumId w:val="5"/>
  </w:num>
  <w:num w:numId="4" w16cid:durableId="216018198">
    <w:abstractNumId w:val="4"/>
  </w:num>
  <w:num w:numId="5" w16cid:durableId="592469138">
    <w:abstractNumId w:val="7"/>
  </w:num>
  <w:num w:numId="6" w16cid:durableId="278725188">
    <w:abstractNumId w:val="3"/>
  </w:num>
  <w:num w:numId="7" w16cid:durableId="1945263667">
    <w:abstractNumId w:val="2"/>
  </w:num>
  <w:num w:numId="8" w16cid:durableId="761536145">
    <w:abstractNumId w:val="1"/>
  </w:num>
  <w:num w:numId="9" w16cid:durableId="182180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70C9"/>
    <w:rsid w:val="0029639D"/>
    <w:rsid w:val="00326F90"/>
    <w:rsid w:val="00681D27"/>
    <w:rsid w:val="00AA1D8D"/>
    <w:rsid w:val="00B47730"/>
    <w:rsid w:val="00CB0664"/>
    <w:rsid w:val="00DD4DBE"/>
    <w:rsid w:val="00E50E2B"/>
    <w:rsid w:val="00F357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EF4E4B"/>
  <w14:defaultImageDpi w14:val="300"/>
  <w15:docId w15:val="{8741AF76-B1C3-4269-9437-B63E30D5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muhammadiqbal0894@gmail.com</cp:lastModifiedBy>
  <cp:revision>3</cp:revision>
  <dcterms:created xsi:type="dcterms:W3CDTF">2013-12-23T23:15:00Z</dcterms:created>
  <dcterms:modified xsi:type="dcterms:W3CDTF">2026-08-29T02:28:00Z</dcterms:modified>
  <cp:category/>
</cp:coreProperties>
</file>